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0" w:after="40"/>
        <w:jc w:val="center"/>
      </w:pPr>
      <w:r>
        <w:rPr>
          <w:b w:val="0"/>
          <w:sz w:val="18"/>
        </w:rPr>
        <w:t>任意団体用 領収書（3枚・控え付き）　点線で切り離して使います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654"/>
      </w:tblGrid>
      <w:tr>
        <w:tc>
          <w:tcPr>
            <w:tcW w:type="dxa" w:w="2551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20"/>
              </w:rPr>
              <w:t>控え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No.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日付　　年　月　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宛名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金額　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但し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受領者</w:t>
            </w:r>
          </w:p>
        </w:tc>
        <w:tc>
          <w:tcPr>
            <w:tcW w:type="dxa" w:w="7654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36"/>
              </w:rPr>
              <w:t>領　収　書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No.＿＿＿＿　　　　　　令和　　年　　月　　日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6"/>
              </w:rPr>
              <w:t>＿＿＿＿＿＿＿＿＿＿＿＿＿＿＿＿　様</w:t>
            </w:r>
          </w:p>
          <w:p>
            <w:pPr>
              <w:pageBreakBefore w:val="0"/>
              <w:spacing w:before="80" w:after="40"/>
              <w:jc w:val="center"/>
            </w:pPr>
            <w:r>
              <w:rPr>
                <w:b/>
                <w:sz w:val="30"/>
              </w:rPr>
              <w:t>金額　¥＿＿＿＿＿＿＿＿＿ —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0"/>
              </w:rPr>
              <w:t>但し　＿＿＿＿＿＿＿＿＿＿＿＿＿＿＿として</w:t>
            </w:r>
          </w:p>
          <w:p>
            <w:pPr>
              <w:pageBreakBefore w:val="0"/>
              <w:spacing w:before="0" w:after="40"/>
            </w:pPr>
            <w:r>
              <w:rPr>
                <w:b w:val="0"/>
                <w:sz w:val="20"/>
              </w:rPr>
              <w:t>上記の金額を正に領収いたしました。</w:t>
            </w:r>
          </w:p>
          <w:p>
            <w:pPr>
              <w:pageBreakBefore w:val="0"/>
              <w:spacing w:before="80" w:after="40"/>
              <w:jc w:val="right"/>
            </w:pPr>
            <w:r>
              <w:rPr>
                <w:b w:val="0"/>
                <w:sz w:val="20"/>
              </w:rPr>
              <w:t>団体名　＿＿＿＿＿＿＿＿＿＿＿＿＿＿＿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代表者（または会計）　＿＿＿＿＿＿＿＿＿　印</w:t>
            </w:r>
          </w:p>
        </w:tc>
      </w:tr>
    </w:tbl>
    <w:p>
      <w:pPr>
        <w:pageBreakBefore w:val="0"/>
        <w:spacing w:before="80" w:after="80"/>
        <w:jc w:val="center"/>
      </w:pPr>
      <w:r>
        <w:rPr>
          <w:b w:val="0"/>
          <w:sz w:val="16"/>
        </w:rPr>
        <w:t>－－－－－－－－－－－－－－－－－－－ きりとり －－－－－－－－－－－－－－－－－－－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654"/>
      </w:tblGrid>
      <w:tr>
        <w:tc>
          <w:tcPr>
            <w:tcW w:type="dxa" w:w="2551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20"/>
              </w:rPr>
              <w:t>控え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No.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日付　　年　月　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宛名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金額　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但し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受領者</w:t>
            </w:r>
          </w:p>
        </w:tc>
        <w:tc>
          <w:tcPr>
            <w:tcW w:type="dxa" w:w="7654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36"/>
              </w:rPr>
              <w:t>領　収　書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No.＿＿＿＿　　　　　　令和　　年　　月　　日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6"/>
              </w:rPr>
              <w:t>＿＿＿＿＿＿＿＿＿＿＿＿＿＿＿＿　様</w:t>
            </w:r>
          </w:p>
          <w:p>
            <w:pPr>
              <w:pageBreakBefore w:val="0"/>
              <w:spacing w:before="80" w:after="40"/>
              <w:jc w:val="center"/>
            </w:pPr>
            <w:r>
              <w:rPr>
                <w:b/>
                <w:sz w:val="30"/>
              </w:rPr>
              <w:t>金額　¥＿＿＿＿＿＿＿＿＿ —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0"/>
              </w:rPr>
              <w:t>但し　＿＿＿＿＿＿＿＿＿＿＿＿＿＿＿として</w:t>
            </w:r>
          </w:p>
          <w:p>
            <w:pPr>
              <w:pageBreakBefore w:val="0"/>
              <w:spacing w:before="0" w:after="40"/>
            </w:pPr>
            <w:r>
              <w:rPr>
                <w:b w:val="0"/>
                <w:sz w:val="20"/>
              </w:rPr>
              <w:t>上記の金額を正に領収いたしました。</w:t>
            </w:r>
          </w:p>
          <w:p>
            <w:pPr>
              <w:pageBreakBefore w:val="0"/>
              <w:spacing w:before="80" w:after="40"/>
              <w:jc w:val="right"/>
            </w:pPr>
            <w:r>
              <w:rPr>
                <w:b w:val="0"/>
                <w:sz w:val="20"/>
              </w:rPr>
              <w:t>団体名　＿＿＿＿＿＿＿＿＿＿＿＿＿＿＿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代表者（または会計）　＿＿＿＿＿＿＿＿＿　印</w:t>
            </w:r>
          </w:p>
        </w:tc>
      </w:tr>
    </w:tbl>
    <w:p>
      <w:pPr>
        <w:pageBreakBefore w:val="0"/>
        <w:spacing w:before="80" w:after="80"/>
        <w:jc w:val="center"/>
      </w:pPr>
      <w:r>
        <w:rPr>
          <w:b w:val="0"/>
          <w:sz w:val="16"/>
        </w:rPr>
        <w:t>－－－－－－－－－－－－－－－－－－－ きりとり －－－－－－－－－－－－－－－－－－－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654"/>
      </w:tblGrid>
      <w:tr>
        <w:tc>
          <w:tcPr>
            <w:tcW w:type="dxa" w:w="2551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20"/>
              </w:rPr>
              <w:t>控え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No.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日付　　年　月　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宛名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金額　¥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但し</w:t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</w:r>
          </w:p>
          <w:p>
            <w:pPr>
              <w:pageBreakBefore w:val="0"/>
              <w:spacing w:before="0" w:after="80"/>
            </w:pPr>
            <w:r>
              <w:rPr>
                <w:b w:val="0"/>
                <w:sz w:val="18"/>
              </w:rPr>
              <w:t>受領者</w:t>
            </w:r>
          </w:p>
        </w:tc>
        <w:tc>
          <w:tcPr>
            <w:tcW w:type="dxa" w:w="7654"/>
          </w:tcPr>
          <w:p>
            <w:r/>
          </w:p>
          <w:p>
            <w:pPr>
              <w:pageBreakBefore w:val="0"/>
              <w:spacing w:before="0" w:after="40"/>
              <w:jc w:val="center"/>
            </w:pPr>
            <w:r>
              <w:rPr>
                <w:b/>
                <w:sz w:val="36"/>
              </w:rPr>
              <w:t>領　収　書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No.＿＿＿＿　　　　　　令和　　年　　月　　日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6"/>
              </w:rPr>
              <w:t>＿＿＿＿＿＿＿＿＿＿＿＿＿＿＿＿　様</w:t>
            </w:r>
          </w:p>
          <w:p>
            <w:pPr>
              <w:pageBreakBefore w:val="0"/>
              <w:spacing w:before="80" w:after="40"/>
              <w:jc w:val="center"/>
            </w:pPr>
            <w:r>
              <w:rPr>
                <w:b/>
                <w:sz w:val="30"/>
              </w:rPr>
              <w:t>金額　¥＿＿＿＿＿＿＿＿＿ —</w:t>
            </w:r>
          </w:p>
          <w:p>
            <w:pPr>
              <w:pageBreakBefore w:val="0"/>
              <w:spacing w:before="40" w:after="40"/>
            </w:pPr>
            <w:r>
              <w:rPr>
                <w:b w:val="0"/>
                <w:sz w:val="20"/>
              </w:rPr>
              <w:t>但し　＿＿＿＿＿＿＿＿＿＿＿＿＿＿＿として</w:t>
            </w:r>
          </w:p>
          <w:p>
            <w:pPr>
              <w:pageBreakBefore w:val="0"/>
              <w:spacing w:before="0" w:after="40"/>
            </w:pPr>
            <w:r>
              <w:rPr>
                <w:b w:val="0"/>
                <w:sz w:val="20"/>
              </w:rPr>
              <w:t>上記の金額を正に領収いたしました。</w:t>
            </w:r>
          </w:p>
          <w:p>
            <w:pPr>
              <w:pageBreakBefore w:val="0"/>
              <w:spacing w:before="80" w:after="40"/>
              <w:jc w:val="right"/>
            </w:pPr>
            <w:r>
              <w:rPr>
                <w:b w:val="0"/>
                <w:sz w:val="20"/>
              </w:rPr>
              <w:t>団体名　＿＿＿＿＿＿＿＿＿＿＿＿＿＿＿</w:t>
            </w:r>
          </w:p>
          <w:p>
            <w:pPr>
              <w:pageBreakBefore w:val="0"/>
              <w:spacing w:before="0" w:after="40"/>
              <w:jc w:val="right"/>
            </w:pPr>
            <w:r>
              <w:rPr>
                <w:b w:val="0"/>
                <w:sz w:val="20"/>
              </w:rPr>
              <w:t>代表者（または会計）　＿＿＿＿＿＿＿＿＿　印</w:t>
            </w:r>
          </w:p>
        </w:tc>
      </w:tr>
    </w:tbl>
    <w:p>
      <w:pPr>
        <w:pageBreakBefore/>
        <w:spacing w:before="0" w:after="40"/>
        <w:jc w:val="center"/>
      </w:pPr>
      <w:r>
        <w:rPr>
          <w:b/>
          <w:sz w:val="32"/>
        </w:rPr>
        <w:t>領収書の発行台帳</w:t>
      </w:r>
    </w:p>
    <w:p>
      <w:pPr>
        <w:pageBreakBefore w:val="0"/>
        <w:spacing w:before="0" w:after="40"/>
      </w:pPr>
      <w:r>
        <w:rPr>
          <w:b w:val="0"/>
          <w:sz w:val="20"/>
        </w:rPr>
        <w:t>団体名：＿＿＿＿＿＿＿＿＿＿＿＿　　会計年度：令和　　年度　　記入者：＿＿＿＿＿＿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1247"/>
        <w:gridCol w:w="2041"/>
        <w:gridCol w:w="1360"/>
        <w:gridCol w:w="2608"/>
        <w:gridCol w:w="1247"/>
        <w:gridCol w:w="1020"/>
      </w:tblGrid>
      <w:tr>
        <w:tc>
          <w:tcPr>
            <w:tcW w:type="dxa" w:w="680"/>
          </w:tcPr>
          <w:p>
            <w:pPr>
              <w:spacing w:after="60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/>
                <w:sz w:val="18"/>
              </w:rPr>
              <w:t>発行日</w:t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/>
                <w:sz w:val="18"/>
              </w:rPr>
              <w:t>宛名</w:t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/>
                <w:sz w:val="18"/>
              </w:rPr>
              <w:t>金額（円）</w:t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/>
                <w:sz w:val="18"/>
              </w:rPr>
              <w:t>但し書き（何の代金か）</w:t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/>
                <w:sz w:val="18"/>
              </w:rPr>
              <w:t>受領者</w:t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/>
                <w:sz w:val="18"/>
              </w:rPr>
              <w:t>出納帳への記入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  <w:tr>
        <w:tc>
          <w:tcPr>
            <w:tcW w:type="dxa" w:w="680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6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020"/>
          </w:tcPr>
          <w:p>
            <w:pPr>
              <w:spacing w:after="60"/>
            </w:pPr>
            <w:r>
              <w:rPr>
                <w:b w:val="0"/>
                <w:sz w:val="18"/>
              </w:rPr>
              <w:t>□</w:t>
            </w:r>
          </w:p>
        </w:tc>
      </w:tr>
    </w:tbl>
    <w:p>
      <w:pPr>
        <w:pageBreakBefore w:val="0"/>
        <w:spacing w:before="120" w:after="40"/>
      </w:pPr>
      <w:r>
        <w:rPr>
          <w:b w:val="0"/>
          <w:sz w:val="18"/>
        </w:rPr>
        <w:t>・書き損じた領収書は捨てずに「書損」と書いて台帳に残します。　・控えと台帳は会計報告の監査で使います。</w:t>
      </w:r>
    </w:p>
    <w:sectPr w:rsidR="00FC693F" w:rsidRPr="0006063C" w:rsidSect="00034616">
      <w:pgSz w:w="11906" w:h="16838"/>
      <w:pgMar w:top="680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