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 w:val="0"/>
        </w:rPr>
        <w:t>令和〇年〇月〇日</w:t>
      </w:r>
    </w:p>
    <w:p>
      <w:pPr>
        <w:spacing w:after="80"/>
      </w:pPr>
      <w:r>
        <w:rPr>
          <w:b w:val="0"/>
        </w:rPr>
        <w:t>〇〇株式会社</w:t>
        <w:br/>
        <w:t>代表取締役　〇〇 〇〇 様</w:t>
      </w:r>
    </w:p>
    <w:p>
      <w:pPr>
        <w:spacing w:after="80"/>
        <w:jc w:val="right"/>
      </w:pPr>
      <w:r>
        <w:rPr>
          <w:b w:val="0"/>
        </w:rPr>
        <w:t>〇〇町内会</w:t>
        <w:br/>
        <w:t>会長　〇〇 〇〇</w:t>
      </w:r>
    </w:p>
    <w:p>
      <w:pPr>
        <w:spacing w:after="240"/>
        <w:jc w:val="center"/>
      </w:pPr>
      <w:r>
        <w:rPr>
          <w:b/>
          <w:sz w:val="30"/>
        </w:rPr>
        <w:t>〇〇町内会 夏祭り 協賛のお願い</w:t>
      </w:r>
    </w:p>
    <w:p>
      <w:pPr>
        <w:spacing w:after="80"/>
      </w:pPr>
      <w:r>
        <w:rPr>
          <w:b w:val="0"/>
        </w:rPr>
        <w:t>拝啓　時下ますますご清栄のこととお慶び申し上げます。平素は町内会の活動にご理解をいただき、厚く御礼申し上げます。</w:t>
      </w:r>
    </w:p>
    <w:p>
      <w:pPr>
        <w:spacing w:after="80"/>
      </w:pPr>
      <w:r>
        <w:rPr>
          <w:b w:val="0"/>
        </w:rPr>
        <w:t>さて、当町内会では、地域の皆さまの交流を目的として、下記のとおり夏祭りを開催いたします。つきましては、趣旨にご賛同いただき、ご協賛を賜りますようお願い申し上げます。</w:t>
      </w:r>
    </w:p>
    <w:p>
      <w:pPr>
        <w:spacing w:after="80"/>
      </w:pPr>
      <w:r>
        <w:rPr>
          <w:b w:val="0"/>
        </w:rPr>
        <w:t>いただいた協賛金は、会場の設営費、子ども向けの景品、安全対策の備品に充てさせていただきます。</w:t>
      </w:r>
    </w:p>
    <w:p>
      <w:pPr>
        <w:spacing w:after="80"/>
        <w:jc w:val="right"/>
      </w:pPr>
      <w:r>
        <w:rPr>
          <w:b w:val="0"/>
        </w:rPr>
        <w:t>敬具</w:t>
      </w:r>
    </w:p>
    <w:p>
      <w:pPr>
        <w:spacing w:after="16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1　行事名　　〇〇町内会 夏祭り</w:t>
      </w:r>
    </w:p>
    <w:p>
      <w:pPr>
        <w:spacing w:after="60"/>
      </w:pPr>
      <w:r>
        <w:rPr>
          <w:b w:val="0"/>
        </w:rPr>
        <w:t>2　日　時　　令和〇年〇月〇日（〇）〇時〜〇時</w:t>
      </w:r>
    </w:p>
    <w:p>
      <w:pPr>
        <w:spacing w:after="60"/>
      </w:pPr>
      <w:r>
        <w:rPr>
          <w:b w:val="0"/>
        </w:rPr>
        <w:t>3　場　所　　〇〇公園（〇〇市〇〇町〇-〇）</w:t>
      </w:r>
    </w:p>
    <w:p>
      <w:pPr>
        <w:spacing w:after="60"/>
      </w:pPr>
      <w:r>
        <w:rPr>
          <w:b w:val="0"/>
        </w:rPr>
        <w:t>4　目　的　　地域の交流と、こどもたちの思い出づくり</w:t>
      </w:r>
    </w:p>
    <w:p>
      <w:pPr>
        <w:spacing w:after="60"/>
      </w:pPr>
      <w:r>
        <w:rPr>
          <w:b w:val="0"/>
        </w:rPr>
        <w:t>5　協賛金　　1口 〇,〇〇〇円（何口でも承ります）</w:t>
      </w:r>
    </w:p>
    <w:p>
      <w:pPr>
        <w:spacing w:after="60"/>
      </w:pPr>
      <w:r>
        <w:rPr>
          <w:b w:val="0"/>
        </w:rPr>
        <w:t>6　特　典　　当日のプログラムと会場の掲示板に、貴社名を掲載いたします</w:t>
      </w:r>
    </w:p>
    <w:p>
      <w:pPr>
        <w:spacing w:after="60"/>
      </w:pPr>
      <w:r>
        <w:rPr>
          <w:b w:val="0"/>
        </w:rPr>
        <w:t>7　締　切　　令和〇年〇月〇日（〇）</w:t>
      </w:r>
    </w:p>
    <w:p>
      <w:pPr>
        <w:spacing w:after="60"/>
      </w:pPr>
      <w:r>
        <w:rPr>
          <w:b w:val="0"/>
        </w:rPr>
        <w:t>8　お支払い　担当者がお伺いいたします／下記口座へのお振込み</w:t>
        <w:br/>
        <w:t xml:space="preserve">　　　　　　〇〇銀行 〇〇支店 普通 〇〇〇〇〇〇〇 〇〇町内会 会計 〇〇 〇〇</w:t>
      </w:r>
    </w:p>
    <w:p>
      <w:pPr>
        <w:spacing w:after="60"/>
      </w:pPr>
      <w:r>
        <w:rPr>
          <w:b w:val="0"/>
        </w:rPr>
        <w:t>9　お問い合わせ　〇〇町内会 夏祭り担当　〇〇 〇〇（電話 〇〇〇-〇〇〇-〇〇〇〇）</w:t>
      </w:r>
    </w:p>
    <w:p>
      <w:pPr>
        <w:spacing w:after="80"/>
        <w:jc w:val="right"/>
      </w:pPr>
      <w:r>
        <w:rPr>
          <w:b w:val="0"/>
        </w:rPr>
        <w:t>以上</w:t>
      </w:r>
    </w:p>
    <w:p>
      <w:r>
        <w:br w:type="page"/>
      </w:r>
    </w:p>
    <w:p>
      <w:pPr>
        <w:spacing w:after="80"/>
        <w:jc w:val="right"/>
      </w:pPr>
      <w:r>
        <w:rPr>
          <w:b w:val="0"/>
        </w:rPr>
        <w:t>令和〇年〇月〇日</w:t>
      </w:r>
    </w:p>
    <w:p>
      <w:pPr>
        <w:spacing w:after="80"/>
      </w:pPr>
      <w:r>
        <w:rPr>
          <w:b w:val="0"/>
        </w:rPr>
        <w:t>〇〇株式会社</w:t>
        <w:br/>
        <w:t>代表取締役　〇〇 〇〇 様</w:t>
      </w:r>
    </w:p>
    <w:p>
      <w:pPr>
        <w:spacing w:after="80"/>
        <w:jc w:val="right"/>
      </w:pPr>
      <w:r>
        <w:rPr>
          <w:b w:val="0"/>
        </w:rPr>
        <w:t>〇〇町内会</w:t>
        <w:br/>
        <w:t>会長　〇〇 〇〇</w:t>
      </w:r>
    </w:p>
    <w:p>
      <w:pPr>
        <w:spacing w:after="240"/>
        <w:jc w:val="center"/>
      </w:pPr>
      <w:r>
        <w:rPr>
          <w:b/>
          <w:sz w:val="30"/>
        </w:rPr>
        <w:t>夏祭りご協賛のお礼</w:t>
      </w:r>
    </w:p>
    <w:p>
      <w:pPr>
        <w:spacing w:after="80"/>
      </w:pPr>
      <w:r>
        <w:rPr>
          <w:b w:val="0"/>
        </w:rPr>
        <w:t>拝啓　〇〇の候、貴社ますますご清栄のこととお慶び申し上げます。</w:t>
      </w:r>
    </w:p>
    <w:p>
      <w:pPr>
        <w:spacing w:after="80"/>
      </w:pPr>
      <w:r>
        <w:rPr>
          <w:b w:val="0"/>
        </w:rPr>
        <w:t>このたびは、〇〇町内会 夏祭りに格別のご協賛を賜り、誠にありがとうございました。おかげさまで、当日は約〇〇人の皆さまにご来場いただき、無事に終えることができました。</w:t>
      </w:r>
    </w:p>
    <w:p>
      <w:pPr>
        <w:spacing w:after="80"/>
      </w:pPr>
      <w:r>
        <w:rPr>
          <w:b w:val="0"/>
        </w:rPr>
        <w:t>いただいた協賛金は、会場の設営と子ども向けの景品に充てさせていただきました。当日のプログラムと会場の写真を同封いたしますので、ご覧いただければ幸いです。</w:t>
      </w:r>
    </w:p>
    <w:p>
      <w:pPr>
        <w:spacing w:after="80"/>
      </w:pPr>
      <w:r>
        <w:rPr>
          <w:b w:val="0"/>
        </w:rPr>
        <w:t>今後とも、町内会の活動へのご理解とご支援を賜りますよう、お願い申し上げます。</w:t>
      </w:r>
    </w:p>
    <w:p>
      <w:pPr>
        <w:spacing w:after="80"/>
        <w:jc w:val="right"/>
      </w:pPr>
      <w:r>
        <w:rPr>
          <w:b w:val="0"/>
        </w:rPr>
        <w:t>敬具</w:t>
      </w:r>
    </w:p>
    <w:sectPr w:rsidR="00FC693F" w:rsidRPr="0006063C" w:rsidSect="00034616">
      <w:pgSz w:w="11906" w:h="16838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