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 w:val="0"/>
        </w:rPr>
        <w:t>令和〇年〇月〇日</w:t>
      </w:r>
    </w:p>
    <w:p>
      <w:pPr>
        <w:spacing w:after="80"/>
      </w:pPr>
      <w:r>
        <w:rPr>
          <w:b w:val="0"/>
        </w:rPr>
        <w:t>〇〇 〇〇 様</w:t>
      </w:r>
    </w:p>
    <w:p>
      <w:pPr>
        <w:spacing w:after="80"/>
        <w:jc w:val="right"/>
      </w:pPr>
      <w:r>
        <w:rPr>
          <w:b w:val="0"/>
        </w:rPr>
        <w:t>〇〇小学校PTA</w:t>
        <w:br/>
        <w:t>会長　〇〇 〇〇</w:t>
      </w:r>
    </w:p>
    <w:p>
      <w:pPr>
        <w:spacing w:after="240"/>
        <w:jc w:val="center"/>
      </w:pPr>
      <w:r>
        <w:rPr>
          <w:b/>
          <w:sz w:val="30"/>
        </w:rPr>
        <w:t>講演のお願い</w:t>
      </w:r>
    </w:p>
    <w:p>
      <w:pPr>
        <w:spacing w:after="80"/>
      </w:pPr>
      <w:r>
        <w:rPr>
          <w:b w:val="0"/>
        </w:rPr>
        <w:t>拝啓　時下ますますご清祥のこととお慶び申し上げます。</w:t>
      </w:r>
    </w:p>
    <w:p>
      <w:pPr>
        <w:spacing w:after="80"/>
      </w:pPr>
      <w:r>
        <w:rPr>
          <w:b w:val="0"/>
        </w:rPr>
        <w:t>さて、当PTAでは、保護者を対象とした研修会を下記のとおり開催いたします。つきましては、〇〇についてご講演をお願いいたしたく、ご依頼申し上げます。ご多用のところ誠に恐縮ですが、ご検討くださいますようお願い申し上げます。</w:t>
      </w:r>
    </w:p>
    <w:p>
      <w:pPr>
        <w:spacing w:after="80"/>
        <w:jc w:val="right"/>
      </w:pPr>
      <w:r>
        <w:rPr>
          <w:b w:val="0"/>
        </w:rPr>
        <w:t>敬具</w:t>
      </w:r>
    </w:p>
    <w:p>
      <w:pPr>
        <w:spacing w:after="160"/>
        <w:jc w:val="center"/>
      </w:pPr>
      <w:r>
        <w:rPr>
          <w:b w:val="0"/>
        </w:rPr>
        <w:t>記</w:t>
      </w:r>
    </w:p>
    <w:p>
      <w:pPr>
        <w:spacing w:after="60"/>
      </w:pPr>
      <w:r>
        <w:rPr>
          <w:b w:val="0"/>
        </w:rPr>
        <w:t>1　日　時　　令和〇年〇月〇日（〇）〇時〇分〜〇時〇分（うち講演〇分）</w:t>
      </w:r>
    </w:p>
    <w:p>
      <w:pPr>
        <w:spacing w:after="60"/>
      </w:pPr>
      <w:r>
        <w:rPr>
          <w:b w:val="0"/>
        </w:rPr>
        <w:t>2　会　場　　〇〇小学校 体育館（〇〇市〇〇町〇-〇）</w:t>
      </w:r>
    </w:p>
    <w:p>
      <w:pPr>
        <w:spacing w:after="60"/>
      </w:pPr>
      <w:r>
        <w:rPr>
          <w:b w:val="0"/>
        </w:rPr>
        <w:t>3　対　象　　保護者 約〇〇名</w:t>
      </w:r>
    </w:p>
    <w:p>
      <w:pPr>
        <w:spacing w:after="60"/>
      </w:pPr>
      <w:r>
        <w:rPr>
          <w:b w:val="0"/>
        </w:rPr>
        <w:t>4　演　題　　〇〇〇〇（ご相談のうえ決めさせていただきます）</w:t>
      </w:r>
    </w:p>
    <w:p>
      <w:pPr>
        <w:spacing w:after="60"/>
      </w:pPr>
      <w:r>
        <w:rPr>
          <w:b w:val="0"/>
        </w:rPr>
        <w:t>5　謝　礼　　〇〇,〇〇〇円（所得税及び復興特別所得税を源泉徴収のうえお支払いします）</w:t>
      </w:r>
    </w:p>
    <w:p>
      <w:pPr>
        <w:spacing w:after="60"/>
      </w:pPr>
      <w:r>
        <w:rPr>
          <w:b w:val="0"/>
        </w:rPr>
        <w:t>6　交通費　　〇〇〇〇（実費をお支払いします／当方で手配します）</w:t>
      </w:r>
    </w:p>
    <w:p>
      <w:pPr>
        <w:spacing w:after="60"/>
      </w:pPr>
      <w:r>
        <w:rPr>
          <w:b w:val="0"/>
        </w:rPr>
        <w:t>7　ご用意するもの　プロジェクター・マイク（ほかに必要なものがあればお知らせください）</w:t>
      </w:r>
    </w:p>
    <w:p>
      <w:pPr>
        <w:spacing w:after="60"/>
      </w:pPr>
      <w:r>
        <w:rPr>
          <w:b w:val="0"/>
        </w:rPr>
        <w:t>8　ご連絡先　〇〇小学校PTA 研修担当　〇〇 〇〇（電話 〇〇〇-〇〇〇-〇〇〇〇）</w:t>
      </w:r>
    </w:p>
    <w:p>
      <w:pPr>
        <w:spacing w:after="80"/>
        <w:jc w:val="right"/>
      </w:pPr>
      <w:r>
        <w:rPr>
          <w:b w:val="0"/>
        </w:rPr>
        <w:t>以上</w:t>
      </w:r>
    </w:p>
    <w:p>
      <w:r>
        <w:br w:type="page"/>
      </w:r>
    </w:p>
    <w:p>
      <w:pPr>
        <w:spacing w:after="320"/>
        <w:jc w:val="center"/>
      </w:pPr>
      <w:r>
        <w:rPr>
          <w:b/>
          <w:sz w:val="36"/>
        </w:rPr>
        <w:t>受　領　書</w:t>
      </w:r>
    </w:p>
    <w:p>
      <w:pPr>
        <w:spacing w:after="240"/>
      </w:pPr>
      <w:r>
        <w:rPr>
          <w:b w:val="0"/>
          <w:sz w:val="26"/>
        </w:rPr>
        <w:t>〇〇小学校PTA 御中</w:t>
      </w:r>
    </w:p>
    <w:p>
      <w:pPr>
        <w:spacing w:after="80"/>
      </w:pPr>
      <w:r>
        <w:rPr>
          <w:b w:val="0"/>
          <w:sz w:val="28"/>
        </w:rPr>
        <w:t>金額　　　　〇〇,〇〇〇 円</w:t>
      </w:r>
    </w:p>
    <w:p>
      <w:pPr>
        <w:spacing w:after="200"/>
      </w:pPr>
      <w:r>
        <w:rPr>
          <w:b w:val="0"/>
        </w:rPr>
        <w:t>（内訳）謝礼　〇〇,〇〇〇円　源泉徴収税額　〇,〇〇〇円　差引支払額　〇〇,〇〇〇円</w:t>
      </w:r>
    </w:p>
    <w:p>
      <w:pPr>
        <w:spacing w:after="80"/>
      </w:pPr>
      <w:r>
        <w:rPr>
          <w:b w:val="0"/>
        </w:rPr>
        <w:t>但し　令和〇年〇月〇日 研修会の講演謝礼として</w:t>
      </w:r>
    </w:p>
    <w:p>
      <w:pPr>
        <w:spacing w:after="320"/>
      </w:pPr>
      <w:r>
        <w:rPr>
          <w:b w:val="0"/>
        </w:rPr>
        <w:t>上記の金額を受領いたしました。</w:t>
      </w:r>
    </w:p>
    <w:p>
      <w:pPr>
        <w:spacing w:after="200"/>
        <w:jc w:val="right"/>
      </w:pPr>
      <w:r>
        <w:rPr>
          <w:b w:val="0"/>
        </w:rPr>
        <w:t>令和〇年〇月〇日</w:t>
      </w:r>
    </w:p>
    <w:p>
      <w:pPr>
        <w:spacing w:after="80"/>
      </w:pPr>
      <w:r>
        <w:rPr>
          <w:b w:val="0"/>
        </w:rPr>
        <w:t>住所　〒〇〇〇-〇〇〇〇　〇〇県〇〇市〇〇町〇-〇</w:t>
      </w:r>
    </w:p>
    <w:p>
      <w:pPr>
        <w:spacing w:after="80"/>
      </w:pPr>
      <w:r>
        <w:rPr>
          <w:b w:val="0"/>
        </w:rPr>
        <w:t>氏名　〇〇 〇〇　　　　　　　　　　　　　　印</w:t>
      </w:r>
    </w:p>
    <w:sectPr w:rsidR="00FC693F" w:rsidRPr="0006063C" w:rsidSect="00034616">
      <w:pgSz w:w="11906" w:h="16838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