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28"/>
        </w:rPr>
        <w:t>令和〇年度　〇〇町内会　広報誌 年間発行計画</w:t>
      </w:r>
    </w:p>
    <w:p>
      <w:pPr>
        <w:spacing w:after="120"/>
      </w:pPr>
      <w:r>
        <w:rPr>
          <w:b w:val="0"/>
        </w:rPr>
        <w:t>発行：年〇回（〇月・〇月・〇月・〇月）　体裁：A4〇ページ・〇部　配布：回覧／各戸配布／掲示板／ホームページ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pPr>
              <w:spacing w:after="0"/>
            </w:pPr>
            <w:r>
              <w:rPr>
                <w:b/>
              </w:rPr>
              <w:t>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rPr>
                <w:b/>
              </w:rPr>
              <w:t>発行月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rPr>
                <w:b/>
              </w:rPr>
              <w:t>主な記事（特集）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rPr>
                <w:b/>
              </w:rPr>
              <w:t>原稿締切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rPr>
                <w:b/>
              </w:rPr>
              <w:t>担当</w:t>
            </w:r>
          </w:p>
        </w:tc>
      </w:tr>
      <w:tr>
        <w:tc>
          <w:tcPr>
            <w:tcW w:type="dxa" w:w="1973"/>
          </w:tcPr>
          <w:p>
            <w:pPr>
              <w:spacing w:after="0"/>
            </w:pPr>
            <w:r>
              <w:t>第1号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t>〇月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  <w:tc>
          <w:tcPr>
            <w:tcW w:type="dxa" w:w="1973"/>
          </w:tcPr>
          <w:p>
            <w:pPr>
              <w:spacing w:after="0"/>
            </w:pPr>
            <w:r>
              <w:t>〇月〇日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</w:tr>
      <w:tr>
        <w:tc>
          <w:tcPr>
            <w:tcW w:type="dxa" w:w="1973"/>
          </w:tcPr>
          <w:p>
            <w:pPr>
              <w:spacing w:after="0"/>
            </w:pPr>
            <w:r>
              <w:t>第2号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t>〇月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  <w:tc>
          <w:tcPr>
            <w:tcW w:type="dxa" w:w="1973"/>
          </w:tcPr>
          <w:p>
            <w:pPr>
              <w:spacing w:after="0"/>
            </w:pPr>
            <w:r>
              <w:t>〇月〇日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</w:tr>
      <w:tr>
        <w:tc>
          <w:tcPr>
            <w:tcW w:type="dxa" w:w="1973"/>
          </w:tcPr>
          <w:p>
            <w:pPr>
              <w:spacing w:after="0"/>
            </w:pPr>
            <w:r>
              <w:t>第3号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t>〇月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  <w:tc>
          <w:tcPr>
            <w:tcW w:type="dxa" w:w="1973"/>
          </w:tcPr>
          <w:p>
            <w:pPr>
              <w:spacing w:after="0"/>
            </w:pPr>
            <w:r>
              <w:t>〇月〇日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</w:tr>
      <w:tr>
        <w:tc>
          <w:tcPr>
            <w:tcW w:type="dxa" w:w="1973"/>
          </w:tcPr>
          <w:p>
            <w:pPr>
              <w:spacing w:after="0"/>
            </w:pPr>
            <w:r>
              <w:t>第4号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t>〇月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  <w:tc>
          <w:tcPr>
            <w:tcW w:type="dxa" w:w="1973"/>
          </w:tcPr>
          <w:p>
            <w:pPr>
              <w:spacing w:after="0"/>
            </w:pPr>
            <w:r>
              <w:t>〇月〇日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</w:tr>
      <w:tr>
        <w:tc>
          <w:tcPr>
            <w:tcW w:type="dxa" w:w="1973"/>
          </w:tcPr>
          <w:p>
            <w:pPr>
              <w:spacing w:after="0"/>
            </w:pPr>
            <w:r>
              <w:t>第5号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t>〇月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  <w:tc>
          <w:tcPr>
            <w:tcW w:type="dxa" w:w="1973"/>
          </w:tcPr>
          <w:p>
            <w:pPr>
              <w:spacing w:after="0"/>
            </w:pPr>
            <w:r>
              <w:t>〇月〇日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</w:tr>
      <w:tr>
        <w:tc>
          <w:tcPr>
            <w:tcW w:type="dxa" w:w="1973"/>
          </w:tcPr>
          <w:p>
            <w:pPr>
              <w:spacing w:after="0"/>
            </w:pPr>
            <w:r>
              <w:t>第6号</w:t>
            </w:r>
          </w:p>
        </w:tc>
        <w:tc>
          <w:tcPr>
            <w:tcW w:type="dxa" w:w="1973"/>
          </w:tcPr>
          <w:p>
            <w:pPr>
              <w:spacing w:after="0"/>
            </w:pPr>
            <w:r>
              <w:t>〇月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  <w:tc>
          <w:tcPr>
            <w:tcW w:type="dxa" w:w="1973"/>
          </w:tcPr>
          <w:p>
            <w:pPr>
              <w:spacing w:after="0"/>
            </w:pPr>
            <w:r>
              <w:t>〇月〇日</w:t>
            </w:r>
          </w:p>
        </w:tc>
        <w:tc>
          <w:tcPr>
            <w:tcW w:type="dxa" w:w="1973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spacing w:after="80"/>
      </w:pPr>
      <w:r>
        <w:rPr>
          <w:b/>
          <w:sz w:val="24"/>
        </w:rPr>
        <w:t>制作の流れ（1号あたり）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spacing w:after="0"/>
            </w:pPr>
            <w:r>
              <w:rPr>
                <w:b/>
              </w:rPr>
              <w:t>時期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rPr>
                <w:b/>
              </w:rPr>
              <w:t>やること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rPr>
                <w:b/>
              </w:rPr>
              <w:t>担当</w:t>
            </w:r>
          </w:p>
        </w:tc>
      </w:tr>
      <w:tr>
        <w:tc>
          <w:tcPr>
            <w:tcW w:type="dxa" w:w="3289"/>
          </w:tcPr>
          <w:p>
            <w:pPr>
              <w:spacing w:after="0"/>
            </w:pPr>
            <w:r>
              <w:t>発行の6週間前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t>編集会議（記事の内容・写真・担当を決める）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</w:p>
        </w:tc>
      </w:tr>
      <w:tr>
        <w:tc>
          <w:tcPr>
            <w:tcW w:type="dxa" w:w="3289"/>
          </w:tcPr>
          <w:p>
            <w:pPr>
              <w:spacing w:after="0"/>
            </w:pPr>
            <w:r>
              <w:t>5週間前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t>取材・写真撮影・掲載の同意をもらう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</w:p>
        </w:tc>
      </w:tr>
      <w:tr>
        <w:tc>
          <w:tcPr>
            <w:tcW w:type="dxa" w:w="3289"/>
          </w:tcPr>
          <w:p>
            <w:pPr>
              <w:spacing w:after="0"/>
            </w:pPr>
            <w:r>
              <w:t>3週間前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t>原稿の締切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</w:p>
        </w:tc>
      </w:tr>
      <w:tr>
        <w:tc>
          <w:tcPr>
            <w:tcW w:type="dxa" w:w="3289"/>
          </w:tcPr>
          <w:p>
            <w:pPr>
              <w:spacing w:after="0"/>
            </w:pPr>
            <w:r>
              <w:t>2週間前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t>レイアウト・校正（名前・日付・数字を確認）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</w:p>
        </w:tc>
      </w:tr>
      <w:tr>
        <w:tc>
          <w:tcPr>
            <w:tcW w:type="dxa" w:w="3289"/>
          </w:tcPr>
          <w:p>
            <w:pPr>
              <w:spacing w:after="0"/>
            </w:pPr>
            <w:r>
              <w:t>1週間前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t>印刷の手配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</w:p>
        </w:tc>
      </w:tr>
      <w:tr>
        <w:tc>
          <w:tcPr>
            <w:tcW w:type="dxa" w:w="3289"/>
          </w:tcPr>
          <w:p>
            <w:pPr>
              <w:spacing w:after="0"/>
            </w:pPr>
            <w:r>
              <w:t>発行日</w:t>
            </w:r>
          </w:p>
        </w:tc>
        <w:tc>
          <w:tcPr>
            <w:tcW w:type="dxa" w:w="3289"/>
          </w:tcPr>
          <w:p>
            <w:pPr>
              <w:spacing w:after="0"/>
            </w:pPr>
            <w:r>
              <w:t>配布・掲示・ホームページ掲載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spacing w:after="80"/>
      </w:pPr>
      <w:r>
        <w:rPr>
          <w:b/>
          <w:sz w:val="24"/>
        </w:rPr>
        <w:t>チェックリスト（発行前）</w:t>
      </w:r>
    </w:p>
    <w:p>
      <w:pPr>
        <w:spacing w:after="40"/>
      </w:pPr>
      <w:r>
        <w:rPr>
          <w:b w:val="0"/>
        </w:rPr>
        <w:t>□ 名前・肩書・日付・数字に誤りがない</w:t>
      </w:r>
    </w:p>
    <w:p>
      <w:pPr>
        <w:spacing w:after="40"/>
      </w:pPr>
      <w:r>
        <w:rPr>
          <w:b w:val="0"/>
        </w:rPr>
        <w:t>□ 写真や名前の掲載に、本人（未成年は保護者）の同意がある</w:t>
      </w:r>
    </w:p>
    <w:p>
      <w:pPr>
        <w:spacing w:after="40"/>
      </w:pPr>
      <w:r>
        <w:rPr>
          <w:b w:val="0"/>
        </w:rPr>
        <w:t>□ 他人が撮った写真・イラスト・新聞記事などを無断で使っていない</w:t>
      </w:r>
    </w:p>
    <w:p>
      <w:pPr>
        <w:spacing w:after="40"/>
      </w:pPr>
      <w:r>
        <w:rPr>
          <w:b w:val="0"/>
        </w:rPr>
        <w:t>□ 住所・電話番号など、載せる必要のない個人情報が入っていない</w:t>
      </w:r>
    </w:p>
    <w:p>
      <w:pPr>
        <w:spacing w:after="40"/>
      </w:pPr>
      <w:r>
        <w:rPr>
          <w:b w:val="0"/>
        </w:rPr>
        <w:t>□ 問い合わせ先・発行者・発行日が入っている</w:t>
      </w:r>
    </w:p>
    <w:p>
      <w:r>
        <w:br w:type="page"/>
      </w:r>
    </w:p>
    <w:p>
      <w:pPr>
        <w:spacing w:after="200"/>
        <w:jc w:val="center"/>
      </w:pPr>
      <w:r>
        <w:rPr>
          <w:b/>
          <w:sz w:val="28"/>
        </w:rPr>
        <w:t>広報誌等への写真・氏名の掲載についての同意書</w:t>
      </w:r>
    </w:p>
    <w:p>
      <w:pPr>
        <w:spacing w:after="200"/>
      </w:pPr>
      <w:r>
        <w:rPr>
          <w:b w:val="0"/>
        </w:rPr>
        <w:t>〇〇町内会　会長　〇〇 〇〇 様</w:t>
      </w:r>
    </w:p>
    <w:p>
      <w:pPr>
        <w:spacing w:after="160"/>
      </w:pPr>
      <w:r>
        <w:rPr>
          <w:b w:val="0"/>
        </w:rPr>
        <w:t>〇〇町内会が発行する広報誌等に、下記の行事で撮影した写真および氏名を掲載することについて、以下のとおり回答します。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0"/>
            </w:pPr>
            <w:r>
              <w:rPr>
                <w:b/>
              </w:rPr>
              <w:t>項目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rPr>
                <w:b/>
              </w:rPr>
              <w:t>内容</w:t>
            </w:r>
          </w:p>
        </w:tc>
      </w:tr>
      <w:tr>
        <w:tc>
          <w:tcPr>
            <w:tcW w:type="dxa" w:w="4933"/>
          </w:tcPr>
          <w:p>
            <w:pPr>
              <w:spacing w:after="0"/>
            </w:pPr>
            <w:r>
              <w:t>行事名・撮影日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t>〇〇（令和〇年〇月〇日）</w:t>
            </w:r>
          </w:p>
        </w:tc>
      </w:tr>
      <w:tr>
        <w:tc>
          <w:tcPr>
            <w:tcW w:type="dxa" w:w="4933"/>
          </w:tcPr>
          <w:p>
            <w:pPr>
              <w:spacing w:after="0"/>
            </w:pPr>
            <w:r>
              <w:t>掲載する媒体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t>□ 広報誌（紙）　□ 掲示板　□ ホームページ　□ SNS</w:t>
            </w:r>
          </w:p>
        </w:tc>
      </w:tr>
      <w:tr>
        <w:tc>
          <w:tcPr>
            <w:tcW w:type="dxa" w:w="4933"/>
          </w:tcPr>
          <w:p>
            <w:pPr>
              <w:spacing w:after="0"/>
            </w:pPr>
            <w:r>
              <w:t>利用の目的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t>町内会の活動を会員・住民にお知らせするため</w:t>
            </w:r>
          </w:p>
        </w:tc>
      </w:tr>
      <w:tr>
        <w:tc>
          <w:tcPr>
            <w:tcW w:type="dxa" w:w="4933"/>
          </w:tcPr>
          <w:p>
            <w:pPr>
              <w:spacing w:after="0"/>
            </w:pPr>
            <w:r>
              <w:t>掲載の期間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t>広報誌：発行号の配布まで／ホームページ・SNS：〇年〇月まで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b/>
          <w:sz w:val="24"/>
        </w:rPr>
        <w:t>回答（いずれかに〇をつけてください）</w:t>
      </w:r>
    </w:p>
    <w:p>
      <w:pPr>
        <w:spacing w:after="60"/>
      </w:pPr>
      <w:r>
        <w:rPr>
          <w:b w:val="0"/>
        </w:rPr>
        <w:t>□ 写真・氏名ともに掲載してよい</w:t>
      </w:r>
    </w:p>
    <w:p>
      <w:pPr>
        <w:spacing w:after="60"/>
      </w:pPr>
      <w:r>
        <w:rPr>
          <w:b w:val="0"/>
        </w:rPr>
        <w:t>□ 写真のみ掲載してよい（氏名は載せない）</w:t>
      </w:r>
    </w:p>
    <w:p>
      <w:pPr>
        <w:spacing w:after="60"/>
      </w:pPr>
      <w:r>
        <w:rPr>
          <w:b w:val="0"/>
        </w:rPr>
        <w:t>□ 顔がわからない写真なら掲載してよい</w:t>
      </w:r>
    </w:p>
    <w:p>
      <w:pPr>
        <w:spacing w:after="60"/>
      </w:pPr>
      <w:r>
        <w:rPr>
          <w:b w:val="0"/>
        </w:rPr>
        <w:t>□ 掲載しないでほしい</w:t>
      </w:r>
    </w:p>
    <w:p>
      <w:pPr>
        <w:spacing w:after="240"/>
      </w:pPr>
      <w:r>
        <w:rPr>
          <w:b w:val="0"/>
          <w:sz w:val="18"/>
        </w:rPr>
        <w:t>※同意はいつでも取り下げることができます。取り下げのご連絡があった場合は、以後の掲載を行いません（すでに配布した紙の広報誌は回収できない場合があります）。</w:t>
      </w:r>
    </w:p>
    <w:p>
      <w:pPr>
        <w:spacing w:after="120"/>
        <w:jc w:val="right"/>
      </w:pPr>
      <w:r>
        <w:rPr>
          <w:b w:val="0"/>
        </w:rPr>
        <w:t>令和〇年〇月〇日</w:t>
      </w:r>
    </w:p>
    <w:p>
      <w:pPr>
        <w:spacing w:after="120"/>
      </w:pPr>
      <w:r>
        <w:rPr>
          <w:b w:val="0"/>
        </w:rPr>
        <w:t>氏名　　　　　　　　　　　　　　　　（未成年の場合）保護者氏名</w:t>
      </w:r>
    </w:p>
    <w:p>
      <w:pPr>
        <w:spacing w:after="80"/>
      </w:pPr>
      <w:r>
        <w:rPr>
          <w:b w:val="0"/>
        </w:rPr>
        <w:t>連絡先（電話・メール）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