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ageBreakBefore w:val="0"/>
        <w:spacing w:before="0" w:after="40"/>
        <w:jc w:val="center"/>
      </w:pPr>
      <w:r>
        <w:rPr>
          <w:b/>
          <w:sz w:val="32"/>
        </w:rPr>
        <w:t>令和〇年度　活動報告書</w:t>
      </w:r>
    </w:p>
    <w:p>
      <w:pPr>
        <w:pageBreakBefore w:val="0"/>
        <w:spacing w:before="0" w:after="40"/>
        <w:jc w:val="right"/>
      </w:pPr>
      <w:r>
        <w:rPr>
          <w:b w:val="0"/>
          <w:sz w:val="22"/>
        </w:rPr>
        <w:t>〇〇町内会（団体名）</w:t>
      </w:r>
    </w:p>
    <w:p>
      <w:pPr>
        <w:pageBreakBefore w:val="0"/>
        <w:spacing w:before="0" w:after="40"/>
        <w:jc w:val="right"/>
      </w:pPr>
      <w:r>
        <w:rPr>
          <w:b w:val="0"/>
          <w:sz w:val="20"/>
        </w:rPr>
        <w:t>作成日：令和〇年〇月〇日　　作成者：〇〇 〇〇（〇〇担当）</w:t>
      </w:r>
    </w:p>
    <w:p>
      <w:pPr>
        <w:pageBreakBefore w:val="0"/>
        <w:spacing w:before="120" w:after="40"/>
      </w:pPr>
      <w:r>
        <w:rPr>
          <w:b/>
          <w:sz w:val="22"/>
        </w:rPr>
        <w:t>1．活動の目的・方針</w:t>
      </w:r>
    </w:p>
    <w:p>
      <w:pPr>
        <w:pageBreakBefore w:val="0"/>
        <w:spacing w:before="0" w:after="40"/>
      </w:pPr>
      <w:r>
        <w:rPr>
          <w:b w:val="0"/>
          <w:sz w:val="21"/>
        </w:rPr>
        <w:t>（例）会員どうしの親睦と、地域の安全・環境の維持を目的に、年間計画にもとづいて活動しました。</w:t>
      </w:r>
    </w:p>
    <w:p>
      <w:pPr>
        <w:pageBreakBefore w:val="0"/>
        <w:spacing w:before="120" w:after="40"/>
      </w:pPr>
      <w:r>
        <w:rPr>
          <w:b/>
          <w:sz w:val="22"/>
        </w:rPr>
        <w:t>2．活動の一覧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</w:tcPr>
          <w:p>
            <w:r>
              <w:rPr>
                <w:b/>
                <w:sz w:val="20"/>
              </w:rPr>
              <w:t>月日</w:t>
            </w:r>
          </w:p>
        </w:tc>
        <w:tc>
          <w:tcPr>
            <w:tcW w:type="dxa" w:w="2154"/>
          </w:tcPr>
          <w:p>
            <w:r>
              <w:rPr>
                <w:b/>
                <w:sz w:val="20"/>
              </w:rPr>
              <w:t>活動名</w:t>
            </w:r>
          </w:p>
        </w:tc>
        <w:tc>
          <w:tcPr>
            <w:tcW w:type="dxa" w:w="1701"/>
          </w:tcPr>
          <w:p>
            <w:r>
              <w:rPr>
                <w:b/>
                <w:sz w:val="20"/>
              </w:rPr>
              <w:t>場所</w:t>
            </w:r>
          </w:p>
        </w:tc>
        <w:tc>
          <w:tcPr>
            <w:tcW w:type="dxa" w:w="1134"/>
          </w:tcPr>
          <w:p>
            <w:r>
              <w:rPr>
                <w:b/>
                <w:sz w:val="20"/>
              </w:rPr>
              <w:t>参加人数</w:t>
            </w:r>
          </w:p>
        </w:tc>
        <w:tc>
          <w:tcPr>
            <w:tcW w:type="dxa" w:w="3402"/>
          </w:tcPr>
          <w:p>
            <w:r>
              <w:rPr>
                <w:b/>
                <w:sz w:val="20"/>
              </w:rPr>
              <w:t>内容・備考</w:t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1247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215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1134"/>
          </w:tcPr>
          <w:p>
            <w:r>
              <w:rPr>
                <w:b w:val="0"/>
                <w:sz w:val="20"/>
              </w:rPr>
            </w:r>
          </w:p>
        </w:tc>
        <w:tc>
          <w:tcPr>
            <w:tcW w:type="dxa" w:w="3402"/>
          </w:tcPr>
          <w:p>
            <w:r>
              <w:rPr>
                <w:b w:val="0"/>
                <w:sz w:val="20"/>
              </w:rPr>
            </w:r>
          </w:p>
        </w:tc>
      </w:tr>
    </w:tbl>
    <w:p>
      <w:pPr>
        <w:pageBreakBefore w:val="0"/>
        <w:spacing w:before="120" w:after="40"/>
      </w:pPr>
      <w:r>
        <w:rPr>
          <w:b/>
          <w:sz w:val="22"/>
        </w:rPr>
        <w:t>3．主な活動の内容</w:t>
      </w:r>
    </w:p>
    <w:p>
      <w:pPr>
        <w:pageBreakBefore w:val="0"/>
        <w:spacing w:before="0" w:after="40"/>
      </w:pPr>
      <w:r>
        <w:rPr>
          <w:b w:val="0"/>
          <w:sz w:val="21"/>
        </w:rPr>
        <w:t>（例）〇月〇日の〇〇では、会員〇名と〇〇の協力を得て〇〇を行いました。</w:t>
        <w:br/>
      </w:r>
    </w:p>
    <w:p>
      <w:pPr>
        <w:pageBreakBefore w:val="0"/>
        <w:spacing w:before="120" w:after="40"/>
      </w:pPr>
      <w:r>
        <w:rPr>
          <w:b/>
          <w:sz w:val="22"/>
        </w:rPr>
        <w:t>4．成果</w:t>
      </w:r>
    </w:p>
    <w:p>
      <w:pPr>
        <w:pageBreakBefore w:val="0"/>
        <w:spacing w:before="0" w:after="40"/>
      </w:pPr>
      <w:r>
        <w:rPr>
          <w:b w:val="0"/>
          <w:sz w:val="21"/>
        </w:rPr>
        <w:t>（例）年間計画の〇件のうち〇件を実施しました。〇〇の参加者は前年度より〇名増えました。</w:t>
        <w:br/>
      </w:r>
    </w:p>
    <w:p>
      <w:pPr>
        <w:pageBreakBefore w:val="0"/>
        <w:spacing w:before="120" w:after="40"/>
      </w:pPr>
      <w:r>
        <w:rPr>
          <w:b/>
          <w:sz w:val="22"/>
        </w:rPr>
        <w:t>5．課題と次年度に向けて</w:t>
      </w:r>
    </w:p>
    <w:p>
      <w:pPr>
        <w:pageBreakBefore w:val="0"/>
        <w:spacing w:before="0" w:after="40"/>
      </w:pPr>
      <w:r>
        <w:rPr>
          <w:b w:val="0"/>
          <w:sz w:val="21"/>
        </w:rPr>
        <w:t>（例）〇〇は担い手が不足し実施できませんでした。次年度は〇〇の方法を検討します。</w:t>
        <w:br/>
      </w:r>
    </w:p>
    <w:p>
      <w:pPr>
        <w:pageBreakBefore w:val="0"/>
        <w:spacing w:before="120" w:after="40"/>
      </w:pPr>
      <w:r>
        <w:rPr>
          <w:b/>
          <w:sz w:val="22"/>
        </w:rPr>
        <w:t>6．添付資料</w:t>
      </w:r>
    </w:p>
    <w:p>
      <w:pPr>
        <w:pageBreakBefore w:val="0"/>
        <w:spacing w:before="0" w:after="40"/>
      </w:pPr>
      <w:r>
        <w:rPr>
          <w:b w:val="0"/>
          <w:sz w:val="21"/>
        </w:rPr>
        <w:t>□ 会計報告（収支報告書）　□ 活動の写真　□ アンケートの集計　□ その他（　　　　　）</w:t>
      </w:r>
    </w:p>
    <w:p>
      <w:pPr>
        <w:pageBreakBefore/>
        <w:spacing w:before="0" w:after="40"/>
        <w:jc w:val="center"/>
      </w:pPr>
      <w:r>
        <w:rPr>
          <w:b/>
          <w:sz w:val="32"/>
        </w:rPr>
        <w:t>活動（行事）報告書</w:t>
      </w:r>
    </w:p>
    <w:p>
      <w:pPr>
        <w:pageBreakBefore w:val="0"/>
        <w:spacing w:before="120" w:after="40"/>
      </w:pPr>
      <w:r>
        <w:rPr>
          <w:b w:val="0"/>
          <w:sz w:val="22"/>
        </w:rPr>
        <w:t>〇〇町内会（団体名）　会長　〇〇 〇〇 様</w:t>
      </w:r>
    </w:p>
    <w:p>
      <w:pPr>
        <w:pageBreakBefore w:val="0"/>
        <w:spacing w:before="0" w:after="40"/>
        <w:jc w:val="right"/>
      </w:pPr>
      <w:r>
        <w:rPr>
          <w:b w:val="0"/>
          <w:sz w:val="20"/>
        </w:rPr>
        <w:t>報告日：令和〇年〇月〇日　　報告者：〇〇 〇〇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268"/>
          </w:tcPr>
          <w:p>
            <w:r>
              <w:rPr>
                <w:b/>
                <w:sz w:val="20"/>
              </w:rPr>
              <w:t>項目</w:t>
            </w:r>
          </w:p>
        </w:tc>
        <w:tc>
          <w:tcPr>
            <w:tcW w:type="dxa" w:w="7370"/>
          </w:tcPr>
          <w:p>
            <w:r>
              <w:rPr>
                <w:b/>
                <w:sz w:val="20"/>
              </w:rPr>
              <w:t>内容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活動（行事）名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実施日時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t>令和〇年〇月〇日（〇）〇時〜〇時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場所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参加人数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t>会員〇名／会員以外〇名／協力者〇名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目的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実施内容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br/>
              <w:br/>
              <w:br/>
              <w:br/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よかった点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反省点・改善案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br/>
              <w:br/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かかった費用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t>〇〇円（内訳は会計担当へ領収書を提出）</w:t>
            </w:r>
          </w:p>
        </w:tc>
      </w:tr>
      <w:tr>
        <w:tc>
          <w:tcPr>
            <w:tcW w:type="dxa" w:w="2268"/>
          </w:tcPr>
          <w:p>
            <w:r>
              <w:rPr>
                <w:b/>
                <w:sz w:val="20"/>
              </w:rPr>
              <w:t>添付</w:t>
            </w:r>
          </w:p>
        </w:tc>
        <w:tc>
          <w:tcPr>
            <w:tcW w:type="dxa" w:w="7370"/>
          </w:tcPr>
          <w:p>
            <w:r>
              <w:rPr>
                <w:b w:val="0"/>
                <w:sz w:val="20"/>
              </w:rPr>
              <w:t>□ 写真〇枚　□ チラシ　□ アンケート</w:t>
            </w:r>
          </w:p>
        </w:tc>
      </w:tr>
    </w:tbl>
    <w:p>
      <w:pPr>
        <w:pageBreakBefore w:val="0"/>
        <w:spacing w:before="120" w:after="40"/>
      </w:pPr>
      <w:r>
        <w:rPr>
          <w:b w:val="0"/>
          <w:sz w:val="18"/>
        </w:rPr>
        <w:t>※写真を会報やウェブに載せるときは、写っている人の同意を確かめてください。</w:t>
      </w:r>
    </w:p>
    <w:sectPr w:rsidR="00FC693F" w:rsidRPr="0006063C" w:rsidSect="00034616">
      <w:pgSz w:w="11906" w:h="16838"/>
      <w:pgMar w:top="102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