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</w:pPr>
      <w:r>
        <w:rPr>
          <w:b/>
          <w:sz w:val="68"/>
        </w:rPr>
        <w:t>感　謝　状</w:t>
      </w:r>
    </w:p>
    <w:p>
      <w:pPr>
        <w:spacing w:after="280"/>
      </w:pPr>
      <w:r>
        <w:rPr>
          <w:b w:val="0"/>
          <w:sz w:val="44"/>
        </w:rPr>
        <w:t>〇〇 〇〇 様</w:t>
      </w:r>
    </w:p>
    <w:p>
      <w:pPr>
        <w:spacing w:after="40"/>
      </w:pPr>
      <w:r>
        <w:rPr>
          <w:b w:val="0"/>
          <w:sz w:val="36"/>
        </w:rPr>
        <w:t>あなたは永年にわたり</w:t>
      </w:r>
    </w:p>
    <w:p>
      <w:pPr>
        <w:spacing w:after="40"/>
      </w:pPr>
      <w:r>
        <w:rPr>
          <w:b w:val="0"/>
          <w:sz w:val="36"/>
        </w:rPr>
        <w:t>〇〇町内会の会計として</w:t>
      </w:r>
    </w:p>
    <w:p>
      <w:pPr>
        <w:spacing w:after="40"/>
      </w:pPr>
      <w:r>
        <w:rPr>
          <w:b w:val="0"/>
          <w:sz w:val="36"/>
        </w:rPr>
        <w:t>会の運営に尽力され</w:t>
      </w:r>
    </w:p>
    <w:p>
      <w:pPr>
        <w:spacing w:after="40"/>
      </w:pPr>
      <w:r>
        <w:rPr>
          <w:b w:val="0"/>
          <w:sz w:val="36"/>
        </w:rPr>
        <w:t>地域の発展に多大な貢献をされました</w:t>
      </w:r>
    </w:p>
    <w:p>
      <w:pPr>
        <w:spacing w:after="40"/>
      </w:pPr>
      <w:r>
        <w:rPr>
          <w:b w:val="0"/>
          <w:sz w:val="36"/>
        </w:rPr>
        <w:t>その功績をたたえ</w:t>
      </w:r>
    </w:p>
    <w:p>
      <w:pPr>
        <w:spacing w:after="40"/>
      </w:pPr>
      <w:r>
        <w:rPr>
          <w:b w:val="0"/>
          <w:sz w:val="36"/>
        </w:rPr>
        <w:t>ここに深く感謝の意を表します</w:t>
      </w:r>
    </w:p>
    <w:p>
      <w:pPr>
        <w:spacing w:after="280"/>
      </w:pPr>
      <w:r>
        <w:rPr>
          <w:b w:val="0"/>
          <w:sz w:val="32"/>
        </w:rPr>
        <w:t>令和〇年〇月〇日</w:t>
      </w:r>
    </w:p>
    <w:p>
      <w:pPr>
        <w:spacing w:after="80"/>
        <w:jc w:val="right"/>
      </w:pPr>
      <w:r>
        <w:rPr>
          <w:b w:val="0"/>
          <w:sz w:val="36"/>
        </w:rPr>
        <w:t>〇〇町内会　会長　〇〇 〇〇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  <w:textDirection w:val="tbRl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 w:eastAsia="游明朝"/>
      <w:sz w:val="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