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80"/>
        </w:rPr>
        <w:t>感　謝　状</w:t>
      </w:r>
    </w:p>
    <w:p>
      <w:r>
        <w:rPr>
          <w:sz w:val="44"/>
        </w:rPr>
        <w:t>〇〇 〇〇 様</w:t>
      </w:r>
    </w:p>
    <w:p>
      <w:pPr>
        <w:spacing w:before="240"/>
        <w:jc w:val="center"/>
      </w:pPr>
      <w:r>
        <w:rPr>
          <w:sz w:val="36"/>
        </w:rPr>
        <w:t>あなたは永年にわたり〇〇町内会の会計として</w:t>
        <w:br/>
        <w:t>会の運営に尽力され</w:t>
        <w:br/>
        <w:t>地域の発展に多大な貢献をされました</w:t>
        <w:br/>
        <w:t>その功績をたたえ</w:t>
        <w:br/>
        <w:t>ここに深く感謝の意を表します</w:t>
      </w:r>
    </w:p>
    <w:p>
      <w:pPr>
        <w:spacing w:before="360"/>
        <w:jc w:val="left"/>
      </w:pPr>
      <w:r>
        <w:rPr>
          <w:sz w:val="32"/>
        </w:rPr>
        <w:t>令和〇年〇月〇日</w:t>
      </w:r>
    </w:p>
    <w:p>
      <w:pPr>
        <w:jc w:val="right"/>
      </w:pPr>
      <w:r>
        <w:rPr>
          <w:sz w:val="36"/>
        </w:rPr>
        <w:t>〇〇町内会</w:t>
        <w:br/>
        <w:t>会長　〇〇 〇〇</w:t>
      </w:r>
    </w:p>
    <w:p>
      <w:pPr>
        <w:sectPr>
          <w:pgSz w:w="16838" w:h="11906" w:orient="landscape"/>
          <w:pgMar w:top="1417" w:right="1701" w:bottom="1134" w:left="1701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80"/>
        </w:rPr>
        <w:t>感　謝　状</w:t>
      </w:r>
    </w:p>
    <w:p>
      <w:r>
        <w:rPr>
          <w:sz w:val="44"/>
        </w:rPr>
        <w:t>〇〇株式会社 様</w:t>
      </w:r>
    </w:p>
    <w:p>
      <w:pPr>
        <w:spacing w:before="240"/>
        <w:jc w:val="center"/>
      </w:pPr>
      <w:r>
        <w:rPr>
          <w:sz w:val="36"/>
        </w:rPr>
        <w:t>貴社は〇〇町内会夏祭りの開催にあたり</w:t>
        <w:br/>
        <w:t>格別のご協賛を賜り</w:t>
        <w:br/>
        <w:t>行事の成功に大きく寄与されました</w:t>
        <w:br/>
        <w:t>ここに感謝の意を表し</w:t>
        <w:br/>
        <w:t>記念品を添えて謹んで贈ります</w:t>
      </w:r>
    </w:p>
    <w:p>
      <w:pPr>
        <w:spacing w:before="360"/>
        <w:jc w:val="left"/>
      </w:pPr>
      <w:r>
        <w:rPr>
          <w:sz w:val="32"/>
        </w:rPr>
        <w:t>令和〇年〇月〇日</w:t>
      </w:r>
    </w:p>
    <w:p>
      <w:pPr>
        <w:jc w:val="right"/>
      </w:pPr>
      <w:r>
        <w:rPr>
          <w:sz w:val="36"/>
        </w:rPr>
        <w:t>〇〇町内会</w:t>
        <w:br/>
        <w:t>会長　〇〇 〇〇</w:t>
      </w:r>
    </w:p>
    <w:p>
      <w:pPr>
        <w:sectPr>
          <w:pgSz w:w="16838" w:h="11906" w:orient="landscape"/>
          <w:pgMar w:top="1417" w:right="1701" w:bottom="1134" w:left="1701" w:header="720" w:footer="720" w:gutter="0"/>
          <w:cols w:space="720"/>
          <w:docGrid w:linePitch="360"/>
        </w:sectPr>
      </w:pPr>
    </w:p>
    <w:p>
      <w:pPr>
        <w:jc w:val="center"/>
      </w:pPr>
      <w:r>
        <w:rPr>
          <w:b/>
          <w:sz w:val="80"/>
        </w:rPr>
        <w:t>感　謝　状</w:t>
      </w:r>
    </w:p>
    <w:p>
      <w:r>
        <w:rPr>
          <w:sz w:val="44"/>
        </w:rPr>
        <w:t>〇〇 〇〇 様</w:t>
      </w:r>
    </w:p>
    <w:p>
      <w:pPr>
        <w:spacing w:before="240"/>
        <w:jc w:val="center"/>
      </w:pPr>
      <w:r>
        <w:rPr>
          <w:sz w:val="36"/>
        </w:rPr>
        <w:t>あなたは〇年間にわたり</w:t>
        <w:br/>
        <w:t>〇〇小学校の登下校の見守り活動に参加され</w:t>
        <w:br/>
        <w:t>こどもたちの安全な通学を支えてくださいました</w:t>
        <w:br/>
        <w:t>その長年のご尽力に対し</w:t>
        <w:br/>
        <w:t>ここに心から感謝の意を表します</w:t>
      </w:r>
    </w:p>
    <w:p>
      <w:pPr>
        <w:spacing w:before="360"/>
        <w:jc w:val="left"/>
      </w:pPr>
      <w:r>
        <w:rPr>
          <w:sz w:val="32"/>
        </w:rPr>
        <w:t>令和〇年〇月〇日</w:t>
      </w:r>
    </w:p>
    <w:p>
      <w:pPr>
        <w:jc w:val="right"/>
      </w:pPr>
      <w:r>
        <w:rPr>
          <w:sz w:val="36"/>
        </w:rPr>
        <w:t>〇〇町内会</w:t>
        <w:br/>
        <w:t>会長　〇〇 〇〇</w:t>
      </w:r>
    </w:p>
    <w:sectPr w:rsidR="00FC693F" w:rsidRPr="0006063C" w:rsidSect="00034616">
      <w:pgSz w:w="16838" w:h="11906" w:orient="landscape"/>
      <w:pgMar w:top="1417" w:right="1701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游明朝" w:hAnsi="游明朝" w:eastAsia="游明朝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