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28"/>
        </w:rPr>
        <w:t>令和〇年度　〇〇町内会　防災訓練 実施計画書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84"/>
          </w:tcPr>
          <w:p>
            <w:pPr>
              <w:spacing w:after="0"/>
            </w:pPr>
            <w:r>
              <w:rPr>
                <w:b/>
              </w:rPr>
              <w:t>項目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rPr>
                <w:b/>
              </w:rPr>
              <w:t>内容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目的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（例）地震を想定し、安否確認・初期消火・避難の手順を住民が体験する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日時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令和〇年〇月〇日（〇）〇時〇分〜〇時〇分（雨天：〇〇）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場所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〇〇公園／〇〇集会所（一時集合場所：〇〇）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想定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（例）〇時〇分、震度6弱の地震が発生。〇〇で火災が発生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参加予定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住民 約〇〇名／役員〇名／消防署・消防団（依頼済・未）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消防署への依頼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防火防災訓練等の申込書を〇月〇日に提出（〇〇消防署）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準備物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消火器（訓練用）・担架・救急箱・拡声器・名簿・受付表・名札・アンケート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保険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行事用保険／自治体の補償制度（確認済・未）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t>雨天・中止の連絡</w:t>
            </w:r>
          </w:p>
        </w:tc>
        <w:tc>
          <w:tcPr>
            <w:tcW w:type="dxa" w:w="7654"/>
          </w:tcPr>
          <w:p>
            <w:pPr>
              <w:spacing w:after="0"/>
            </w:pPr>
            <w:r>
              <w:t>〇時までに〇〇（回覧・LINE・放送）で連絡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24"/>
        </w:rPr>
        <w:t>当日の流れ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</w:tcPr>
          <w:p>
            <w:pPr>
              <w:spacing w:after="0"/>
            </w:pPr>
            <w:r>
              <w:rPr>
                <w:b/>
              </w:rPr>
              <w:t>時刻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b/>
              </w:rPr>
              <w:t>内容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/>
              </w:rPr>
              <w:t>担当</w:t>
            </w:r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役員集合・会場準備・受付設置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地震発生の合図（放送・サイレン）／身を守る行動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安否確認（「無事です」の表示・班ごとの名簿確認）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一時集合場所へ避難・人数報告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初期消火訓練（消火器）・応急救護訓練（三角巾・担架）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防災講話（消防署）・備蓄品の紹介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  <w:tr>
        <w:tc>
          <w:tcPr>
            <w:tcW w:type="dxa" w:w="1417"/>
          </w:tcPr>
          <w:p>
            <w:pPr>
              <w:spacing w:after="0"/>
            </w:pPr>
            <w:r>
              <w:t>〇:〇〇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アンケート記入・解散・片付け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r>
        <w:br w:type="page"/>
      </w:r>
    </w:p>
    <w:p>
      <w:pPr>
        <w:spacing w:after="80"/>
      </w:pPr>
      <w:r>
        <w:rPr>
          <w:b/>
          <w:sz w:val="24"/>
        </w:rPr>
        <w:t>役割分担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835"/>
          </w:tcPr>
          <w:p>
            <w:pPr>
              <w:spacing w:after="0"/>
            </w:pPr>
            <w:r>
              <w:rPr>
                <w:b/>
              </w:rPr>
              <w:t>役割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</w:rPr>
              <w:t>担当者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</w:rPr>
              <w:t>連絡先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全体の責任者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受付・名簿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安否確認のとりまとめ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初期消火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救護・けが人対応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t>会計（保険・備品）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spacing w:after="80"/>
      </w:pPr>
      <w:r>
        <w:rPr>
          <w:b/>
          <w:sz w:val="24"/>
        </w:rPr>
        <w:t>メモ（反省点・次回への引き継ぎ）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b/>
              </w:rPr>
              <w:t>メモ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200"/>
        <w:jc w:val="center"/>
      </w:pPr>
      <w:r>
        <w:rPr>
          <w:b/>
          <w:sz w:val="28"/>
        </w:rPr>
        <w:t>防災訓練 参加者アンケート</w:t>
      </w:r>
    </w:p>
    <w:p>
      <w:pPr>
        <w:spacing w:after="160"/>
      </w:pPr>
      <w:r>
        <w:rPr>
          <w:b w:val="0"/>
        </w:rPr>
        <w:t>本日はご参加ありがとうございました。今後の訓練をよりよくするため、ご協力をお願いします。</w:t>
      </w:r>
    </w:p>
    <w:p>
      <w:pPr>
        <w:spacing w:after="200"/>
      </w:pPr>
      <w:r>
        <w:rPr>
          <w:b w:val="0"/>
        </w:rPr>
        <w:t>1. 今日の訓練で、いちばん役に立った内容はどれですか。</w:t>
        <w:br/>
        <w:t xml:space="preserve">　□ 安否確認　□ 避難　□ 初期消火　□ 応急救護　□ 防災講話　□ その他（　　　　　　　）</w:t>
      </w:r>
    </w:p>
    <w:p>
      <w:pPr>
        <w:spacing w:after="200"/>
      </w:pPr>
      <w:r>
        <w:rPr>
          <w:b w:val="0"/>
        </w:rPr>
        <w:t>2. ご自宅の備えについて、当てはまるものに〇をつけてください。</w:t>
        <w:br/>
        <w:t xml:space="preserve">　□ 水・食料の備蓄（3日分以上）　□ 家具の固定　□ 避難場所の確認　□ 家族との連絡方法の確認</w:t>
      </w:r>
    </w:p>
    <w:p>
      <w:pPr>
        <w:spacing w:after="200"/>
      </w:pPr>
      <w:r>
        <w:rPr>
          <w:b w:val="0"/>
        </w:rPr>
        <w:t>3. 災害のとき、手助けが必要なご家族はいますか（回答は任意です）。</w:t>
        <w:br/>
        <w:t xml:space="preserve">　□ いる　□ いない</w:t>
      </w:r>
    </w:p>
    <w:p>
      <w:pPr>
        <w:spacing w:after="200"/>
      </w:pPr>
      <w:r>
        <w:rPr>
          <w:b w:val="0"/>
        </w:rPr>
        <w:t>4. 次回の訓練で取り上げてほしい内容があればご記入ください。</w:t>
        <w:br/>
        <w:br/>
        <w:br/>
      </w:r>
    </w:p>
    <w:p>
      <w:pPr>
        <w:spacing w:after="200"/>
      </w:pPr>
      <w:r>
        <w:rPr>
          <w:b w:val="0"/>
        </w:rPr>
        <w:t>5. ご意見・ご感想</w:t>
        <w:br/>
        <w:br/>
        <w:br/>
      </w:r>
    </w:p>
    <w:p>
      <w:pPr>
        <w:spacing w:after="80"/>
      </w:pPr>
      <w:r>
        <w:rPr>
          <w:b w:val="0"/>
          <w:sz w:val="18"/>
        </w:rPr>
        <w:t>※ご記入いただいた内容は、町内会の防災活動の改善のためにのみ使います。</w:t>
      </w:r>
    </w:p>
    <w:sectPr w:rsidR="00FC693F" w:rsidRPr="0006063C" w:rsidSect="00034616">
      <w:pgSz w:w="11906" w:h="16838"/>
      <w:pgMar w:top="680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