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sz w:val="32"/>
        </w:rPr>
        <w:t>定時社員総会議事録</w:t>
      </w:r>
    </w:p>
    <w:p>
      <w:pPr>
        <w:spacing w:after="80"/>
      </w:pPr>
      <w:r>
        <w:rPr>
          <w:b w:val="0"/>
        </w:rPr>
        <w:t>1　日時　　令和〇年〇月〇日（〇）午前〇時〇分から午前〇時〇分まで</w:t>
      </w:r>
    </w:p>
    <w:p>
      <w:pPr>
        <w:spacing w:after="80"/>
      </w:pPr>
      <w:r>
        <w:rPr>
          <w:b w:val="0"/>
        </w:rPr>
        <w:t>2　場所　　一般社団法人〇〇　会議室（東京都〇〇区〇〇 〇丁目〇番〇号）</w:t>
      </w:r>
    </w:p>
    <w:p>
      <w:pPr>
        <w:spacing w:after="80"/>
      </w:pPr>
      <w:r>
        <w:rPr>
          <w:b w:val="0"/>
        </w:rPr>
        <w:t xml:space="preserve">　　　　　（社員〇〇〇〇はウェブ会議システムにより出席した。）</w:t>
      </w:r>
    </w:p>
    <w:p>
      <w:pPr>
        <w:spacing w:after="80"/>
      </w:pPr>
      <w:r>
        <w:rPr>
          <w:b w:val="0"/>
        </w:rPr>
        <w:t>3　社員の総数　〇名　　総社員の議決権の数　〇個</w:t>
      </w:r>
    </w:p>
    <w:p>
      <w:pPr>
        <w:spacing w:after="80"/>
      </w:pPr>
      <w:r>
        <w:rPr>
          <w:b w:val="0"/>
        </w:rPr>
        <w:t xml:space="preserve">　　出席社員数　〇名（うち代理人による出席〇名、書面による議決権行使〇名）　　出席社員の議決権の数　〇個</w:t>
      </w:r>
    </w:p>
    <w:p>
      <w:pPr>
        <w:spacing w:after="80"/>
      </w:pPr>
      <w:r>
        <w:rPr>
          <w:b w:val="0"/>
        </w:rPr>
        <w:t>4　出席した理事　〇〇〇〇（代表理事）、〇〇〇〇</w:t>
      </w:r>
    </w:p>
    <w:p>
      <w:pPr>
        <w:spacing w:after="80"/>
      </w:pPr>
      <w:r>
        <w:rPr>
          <w:b w:val="0"/>
        </w:rPr>
        <w:t xml:space="preserve">　　出席した監事　〇〇〇〇</w:t>
      </w:r>
    </w:p>
    <w:p>
      <w:pPr>
        <w:spacing w:after="80"/>
      </w:pPr>
      <w:r>
        <w:rPr>
          <w:b w:val="0"/>
        </w:rPr>
        <w:t>5　議長　　代表理事　〇〇〇〇</w:t>
      </w:r>
    </w:p>
    <w:p>
      <w:pPr>
        <w:spacing w:after="80"/>
      </w:pPr>
      <w:r>
        <w:rPr>
          <w:b w:val="0"/>
        </w:rPr>
        <w:t>6　議事の経過の要領及びその結果</w:t>
      </w:r>
    </w:p>
    <w:p>
      <w:pPr>
        <w:spacing w:after="80"/>
      </w:pPr>
      <w:r>
        <w:rPr>
          <w:b w:val="0"/>
        </w:rPr>
        <w:t xml:space="preserve">　定刻、代表理事〇〇〇〇は定款第〇条の規定により議長となり開会を宣し、上記のとおり定足数を満たしているので本総会は適法に成立した旨を述べ、議案の審議に入った。</w:t>
      </w:r>
    </w:p>
    <w:p>
      <w:pPr>
        <w:spacing w:after="80"/>
      </w:pPr>
      <w:r>
        <w:rPr>
          <w:b w:val="0"/>
        </w:rPr>
        <w:t xml:space="preserve">　第1号議案　第〇期（令和〇年〇月〇日から令和〇年〇月〇日まで）貸借対照表及び損益計算書の承認の件</w:t>
      </w:r>
    </w:p>
    <w:p>
      <w:pPr>
        <w:spacing w:after="80"/>
      </w:pPr>
      <w:r>
        <w:rPr>
          <w:b w:val="0"/>
        </w:rPr>
        <w:t xml:space="preserve">　議長から、別紙の計算書類について説明があり、監事〇〇〇〇から監査の結果、適正である旨の報告があった。議長がその承認を議場に諮ったところ、出席社員の議決権の過半数の賛成をもって原案どおり承認可決された。</w:t>
      </w:r>
    </w:p>
    <w:p>
      <w:pPr>
        <w:spacing w:after="80"/>
      </w:pPr>
      <w:r>
        <w:rPr>
          <w:b w:val="0"/>
        </w:rPr>
        <w:t xml:space="preserve">　第2号議案　理事〇名選任の件</w:t>
      </w:r>
    </w:p>
    <w:p>
      <w:pPr>
        <w:spacing w:after="80"/>
      </w:pPr>
      <w:r>
        <w:rPr>
          <w:b w:val="0"/>
        </w:rPr>
        <w:t xml:space="preserve">　議長から、理事全員が本総会の終結をもって任期満了となるため、〇名の選任が必要である旨を述べ、〇〇〇〇、〇〇〇〇を候補者として諮ったところ、出席社員の議決権の過半数の賛成をもって原案どおり可決された。被選任者はいずれも席上その就任を承諾した。</w:t>
      </w:r>
    </w:p>
    <w:p>
      <w:pPr>
        <w:spacing w:after="80"/>
      </w:pPr>
      <w:r>
        <w:rPr>
          <w:b w:val="0"/>
        </w:rPr>
        <w:t xml:space="preserve">　（報告事項がある場合）議長から、第〇期事業報告の内容を報告した。</w:t>
      </w:r>
    </w:p>
    <w:p>
      <w:pPr>
        <w:spacing w:after="80"/>
      </w:pPr>
      <w:r>
        <w:rPr>
          <w:b w:val="0"/>
        </w:rPr>
        <w:t>7　述べられた意見又は発言の概要　　（監事の意見など、施行規則11条3項3号に該当するものがあれば記載する）</w:t>
      </w:r>
    </w:p>
    <w:p>
      <w:pPr>
        <w:spacing w:after="80"/>
      </w:pPr>
      <w:r>
        <w:rPr>
          <w:b w:val="0"/>
        </w:rPr>
        <w:t xml:space="preserve">　以上をもって本日の議事を終了したので、議長は午前〇時〇分閉会を宣した。</w:t>
      </w:r>
    </w:p>
    <w:p>
      <w:pPr>
        <w:spacing w:after="80"/>
      </w:pPr>
      <w:r>
        <w:rPr>
          <w:b w:val="0"/>
        </w:rPr>
        <w:t>8　議事録の作成に係る職務を行った者　　代表理事　〇〇〇〇</w:t>
      </w:r>
    </w:p>
    <w:p>
      <w:pPr>
        <w:spacing w:after="160"/>
        <w:jc w:val="right"/>
      </w:pPr>
      <w:r>
        <w:rPr>
          <w:b w:val="0"/>
        </w:rPr>
        <w:t>令和　　年　　月　　日</w:t>
      </w:r>
    </w:p>
    <w:p>
      <w:pPr>
        <w:spacing w:after="80"/>
        <w:jc w:val="right"/>
      </w:pPr>
      <w:r>
        <w:rPr>
          <w:b w:val="0"/>
        </w:rPr>
        <w:t>一般社団法人〇〇</w:t>
      </w:r>
    </w:p>
    <w:p>
      <w:pPr>
        <w:spacing w:after="160"/>
        <w:jc w:val="right"/>
      </w:pPr>
      <w:r>
        <w:rPr>
          <w:b w:val="0"/>
        </w:rPr>
        <w:t>議長・代表理事　＿＿＿＿＿＿＿＿　㊞</w:t>
      </w:r>
    </w:p>
    <w:p>
      <w:pPr>
        <w:spacing w:after="80"/>
      </w:pPr>
      <w:r>
        <w:rPr>
          <w:b w:val="0"/>
          <w:sz w:val="17"/>
        </w:rPr>
        <w:t>【注】社員総会の議事録の記載事項は、一般法人法57条1項・同法施行規則11条3項で定められています。社員総会の日から10年間主たる事務所に備え置きます（法57条2項）。署名・押印の要否や登記の添付書面としての要件は、定款と法務局の記載例で確認してください。</w:t>
      </w:r>
    </w:p>
    <w:p>
      <w:pPr>
        <w:spacing w:after="80"/>
      </w:pPr>
      <w:r>
        <w:rPr>
          <w:b w:val="0"/>
          <w:sz w:val="16"/>
        </w:rPr>
        <w:t>（このひな形は shadan-help.com が作成したものです。定款に合わせて改変してお使いください。）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