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32"/>
        </w:rPr>
        <w:t>一般社団法人〇〇　設立趣意書</w:t>
      </w:r>
    </w:p>
    <w:p>
      <w:pPr>
        <w:spacing w:after="40"/>
      </w:pPr>
      <w:r>
        <w:rPr>
          <w:b/>
        </w:rPr>
        <w:t>1　設立の趣旨（背景）</w:t>
      </w:r>
    </w:p>
    <w:p>
      <w:pPr>
        <w:spacing w:after="200"/>
      </w:pPr>
      <w:r>
        <w:rPr>
          <w:b w:val="0"/>
        </w:rPr>
        <w:t>（例）〇〇地域では、〇〇に悩む家庭が増えています。私たちは平成〇年から任意団体として〇〇の活動を続けてきましたが、…</w:t>
      </w:r>
    </w:p>
    <w:p>
      <w:pPr>
        <w:spacing w:after="40"/>
      </w:pPr>
      <w:r>
        <w:rPr>
          <w:b/>
        </w:rPr>
        <w:t>2　解決したい課題</w:t>
      </w:r>
    </w:p>
    <w:p>
      <w:pPr>
        <w:spacing w:after="200"/>
      </w:pPr>
      <w:r>
        <w:rPr>
          <w:b w:val="0"/>
        </w:rPr>
        <w:t>（例）〇〇の情報が届かず、支援につながらない人がいること。</w:t>
      </w:r>
    </w:p>
    <w:p>
      <w:pPr>
        <w:spacing w:after="40"/>
      </w:pPr>
      <w:r>
        <w:rPr>
          <w:b/>
        </w:rPr>
        <w:t>3　法人の目的</w:t>
      </w:r>
    </w:p>
    <w:p>
      <w:pPr>
        <w:spacing w:after="200"/>
      </w:pPr>
      <w:r>
        <w:rPr>
          <w:b w:val="0"/>
        </w:rPr>
        <w:t>（定款の目的と一致させる）本法人は、〇〇に対し、〇〇に関する事業を行い、〇〇に寄与することを目的とする。</w:t>
      </w:r>
    </w:p>
    <w:p>
      <w:pPr>
        <w:spacing w:after="40"/>
      </w:pPr>
      <w:r>
        <w:rPr>
          <w:b/>
        </w:rPr>
        <w:t>4　行う事業</w:t>
      </w:r>
    </w:p>
    <w:p>
      <w:pPr>
        <w:spacing w:after="200"/>
      </w:pPr>
      <w:r>
        <w:rPr>
          <w:b w:val="0"/>
        </w:rPr>
        <w:t>（1）〇〇事業　（2）〇〇事業　（3）その他本法人の目的を達成するために必要な事業</w:t>
      </w:r>
    </w:p>
    <w:p>
      <w:pPr>
        <w:spacing w:after="40"/>
      </w:pPr>
      <w:r>
        <w:rPr>
          <w:b/>
        </w:rPr>
        <w:t>5　法人化する理由</w:t>
      </w:r>
    </w:p>
    <w:p>
      <w:pPr>
        <w:spacing w:after="200"/>
      </w:pPr>
      <w:r>
        <w:rPr>
          <w:b w:val="0"/>
        </w:rPr>
        <w:t>（例）契約や口座の名義を法人にし、活動を継続的・安定的に行うため。</w:t>
      </w:r>
    </w:p>
    <w:p>
      <w:pPr>
        <w:spacing w:after="40"/>
      </w:pPr>
      <w:r>
        <w:rPr>
          <w:b/>
        </w:rPr>
        <w:t>6　今後の計画</w:t>
      </w:r>
    </w:p>
    <w:p>
      <w:pPr>
        <w:spacing w:after="200"/>
      </w:pPr>
      <w:r>
        <w:rPr>
          <w:b w:val="0"/>
        </w:rPr>
        <w:t>（例）設立初年度は〇〇、2年目に〇〇を目指します。</w:t>
      </w:r>
    </w:p>
    <w:p>
      <w:pPr>
        <w:spacing w:after="40"/>
      </w:pPr>
      <w:r>
        <w:rPr>
          <w:b/>
        </w:rPr>
        <w:t>7　設立時社員・役員</w:t>
      </w:r>
    </w:p>
    <w:p>
      <w:pPr>
        <w:spacing w:after="200"/>
      </w:pPr>
      <w:r>
        <w:rPr>
          <w:b w:val="0"/>
        </w:rPr>
        <w:t>設立時社員　〇〇〇〇、〇〇〇〇　／　設立時理事　〇〇〇〇、〇〇〇〇</w:t>
      </w:r>
    </w:p>
    <w:p>
      <w:pPr>
        <w:spacing w:after="80"/>
        <w:jc w:val="right"/>
      </w:pPr>
      <w:r>
        <w:rPr>
          <w:b w:val="0"/>
        </w:rPr>
        <w:t>令和　　年　　月　　日</w:t>
      </w:r>
    </w:p>
    <w:p>
      <w:pPr>
        <w:spacing w:after="240"/>
        <w:jc w:val="right"/>
      </w:pPr>
      <w:r>
        <w:rPr>
          <w:b w:val="0"/>
        </w:rPr>
        <w:t>一般社団法人〇〇　設立時社員一同</w:t>
      </w:r>
    </w:p>
    <w:p>
      <w:pPr>
        <w:spacing w:after="80"/>
      </w:pPr>
      <w:r>
        <w:rPr>
          <w:b w:val="0"/>
          <w:sz w:val="17"/>
        </w:rPr>
        <w:t>【注】一般社団法人の設立に設立趣意書の提出は法律上求められていません。NPO法人の設立申請では「設立趣旨書」の提出が必要です（NPO法10条1項）。</w:t>
      </w:r>
    </w:p>
    <w:p>
      <w:pPr>
        <w:spacing w:after="80"/>
      </w:pPr>
      <w:r>
        <w:rPr>
          <w:b w:val="0"/>
          <w:sz w:val="16"/>
        </w:rPr>
        <w:t>（このひな形は shadan-help.com が作成したものです。定款に合わせて改変してお使いください。）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