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sz w:val="32"/>
        </w:rPr>
        <w:t>理事会議事録</w:t>
      </w:r>
    </w:p>
    <w:p>
      <w:pPr>
        <w:spacing w:after="80"/>
      </w:pPr>
      <w:r>
        <w:rPr>
          <w:b w:val="0"/>
        </w:rPr>
        <w:t>1　日時　　令和〇年〇月〇日（〇）午前〇時〇分から午前〇時〇分まで</w:t>
      </w:r>
    </w:p>
    <w:p>
      <w:pPr>
        <w:spacing w:after="80"/>
      </w:pPr>
      <w:r>
        <w:rPr>
          <w:b w:val="0"/>
        </w:rPr>
        <w:t>2　場所　　一般社団法人〇〇　会議室（東京都〇〇区〇〇 〇丁目〇番〇号）</w:t>
      </w:r>
    </w:p>
    <w:p>
      <w:pPr>
        <w:spacing w:after="80"/>
      </w:pPr>
      <w:r>
        <w:rPr>
          <w:b w:val="0"/>
        </w:rPr>
        <w:t xml:space="preserve">　　　　　（理事〇〇〇〇はウェブ会議システムにより出席。出席者の音声と映像が即時に他の出席者に伝わり、適時的確な意見表明が互いにできる状態であることを確認した。）</w:t>
      </w:r>
    </w:p>
    <w:p>
      <w:pPr>
        <w:spacing w:after="80"/>
      </w:pPr>
      <w:r>
        <w:rPr>
          <w:b w:val="0"/>
        </w:rPr>
        <w:t>3　理事の総数　〇名　　出席理事　〇名（〇〇〇〇、〇〇〇〇、〇〇〇〇）</w:t>
      </w:r>
    </w:p>
    <w:p>
      <w:pPr>
        <w:spacing w:after="80"/>
      </w:pPr>
      <w:r>
        <w:rPr>
          <w:b w:val="0"/>
        </w:rPr>
        <w:t>4　監事の総数　〇名　　出席監事　〇名（〇〇〇〇）</w:t>
      </w:r>
    </w:p>
    <w:p>
      <w:pPr>
        <w:spacing w:after="80"/>
      </w:pPr>
      <w:r>
        <w:rPr>
          <w:b w:val="0"/>
        </w:rPr>
        <w:t>5　議長　　代表理事　〇〇〇〇</w:t>
      </w:r>
    </w:p>
    <w:p>
      <w:pPr>
        <w:spacing w:after="80"/>
      </w:pPr>
      <w:r>
        <w:rPr>
          <w:b w:val="0"/>
        </w:rPr>
        <w:t>6　議事の経過の要領及びその結果</w:t>
      </w:r>
    </w:p>
    <w:p>
      <w:pPr>
        <w:spacing w:after="80"/>
      </w:pPr>
      <w:r>
        <w:rPr>
          <w:b w:val="0"/>
        </w:rPr>
        <w:t xml:space="preserve">　定刻、代表理事〇〇〇〇は定款第〇条の規定により議長となり、開会を宣し、議決に加わることができる理事の過半数が出席しているので本理事会は適法に成立した旨を述べ、議案の審議に入った。</w:t>
      </w:r>
    </w:p>
    <w:p>
      <w:pPr>
        <w:spacing w:after="80"/>
      </w:pPr>
      <w:r>
        <w:rPr>
          <w:b w:val="0"/>
        </w:rPr>
        <w:t xml:space="preserve">　第1号議案　〇〇の件</w:t>
      </w:r>
    </w:p>
    <w:p>
      <w:pPr>
        <w:spacing w:after="80"/>
      </w:pPr>
      <w:r>
        <w:rPr>
          <w:b w:val="0"/>
        </w:rPr>
        <w:t xml:space="preserve">　議長から、〇〇について別紙のとおり説明があり、その承認を求めたところ、出席理事の全員一致（又は〇名の賛成）をもって原案どおり承認可決された。</w:t>
      </w:r>
    </w:p>
    <w:p>
      <w:pPr>
        <w:spacing w:after="80"/>
      </w:pPr>
      <w:r>
        <w:rPr>
          <w:b w:val="0"/>
        </w:rPr>
        <w:t xml:space="preserve">　第2号議案　〇〇の件</w:t>
      </w:r>
    </w:p>
    <w:p>
      <w:pPr>
        <w:spacing w:after="80"/>
      </w:pPr>
      <w:r>
        <w:rPr>
          <w:b w:val="0"/>
        </w:rPr>
        <w:t xml:space="preserve">　（同様に記載する）</w:t>
      </w:r>
    </w:p>
    <w:p>
      <w:pPr>
        <w:spacing w:after="80"/>
      </w:pPr>
      <w:r>
        <w:rPr>
          <w:b w:val="0"/>
        </w:rPr>
        <w:t>7　特別の利害関係を有する理事　　第〇号議案について理事〇〇〇〇は特別の利害関係を有するため、議決に加わらなかった。（該当がなければ「なし」）</w:t>
      </w:r>
    </w:p>
    <w:p>
      <w:pPr>
        <w:spacing w:after="80"/>
      </w:pPr>
      <w:r>
        <w:rPr>
          <w:b w:val="0"/>
        </w:rPr>
        <w:t>8　述べられた意見又は発言の概要　　（監事の意見、理事の報告など、施行規則15条3項5号に該当する発言があれば記載する）</w:t>
      </w:r>
    </w:p>
    <w:p>
      <w:pPr>
        <w:spacing w:after="80"/>
      </w:pPr>
      <w:r>
        <w:rPr>
          <w:b w:val="0"/>
        </w:rPr>
        <w:t>9　招集の方法　　（理事又は監事の請求・招集によって開催された場合は、その旨を記載する）</w:t>
      </w:r>
    </w:p>
    <w:p>
      <w:pPr>
        <w:spacing w:after="80"/>
      </w:pPr>
      <w:r>
        <w:rPr>
          <w:b w:val="0"/>
        </w:rPr>
        <w:t xml:space="preserve">　以上をもって本日の議事を終了したので、議長は午前〇時〇分閉会を宣した。</w:t>
      </w:r>
    </w:p>
    <w:p>
      <w:pPr>
        <w:spacing w:after="80"/>
      </w:pPr>
      <w:r>
        <w:rPr>
          <w:b w:val="0"/>
        </w:rPr>
        <w:t xml:space="preserve">　上記の決議を明確にするため、この議事録を作成し、出席した理事及び監事がこれに署名又は記名押印する。</w:t>
      </w:r>
    </w:p>
    <w:p>
      <w:pPr>
        <w:spacing w:after="160"/>
        <w:jc w:val="right"/>
      </w:pPr>
      <w:r>
        <w:rPr>
          <w:b w:val="0"/>
        </w:rPr>
        <w:t>令和　　年　　月　　日</w:t>
      </w:r>
    </w:p>
    <w:p>
      <w:pPr>
        <w:spacing w:after="160"/>
        <w:jc w:val="right"/>
      </w:pPr>
      <w:r>
        <w:rPr>
          <w:b w:val="0"/>
        </w:rPr>
        <w:t>一般社団法人〇〇　理事会</w:t>
      </w:r>
    </w:p>
    <w:p>
      <w:pPr>
        <w:spacing w:after="80"/>
        <w:jc w:val="right"/>
      </w:pPr>
      <w:r>
        <w:rPr>
          <w:b w:val="0"/>
        </w:rPr>
        <w:t>議長・代表理事　＿＿＿＿＿＿＿＿　㊞</w:t>
      </w:r>
    </w:p>
    <w:p>
      <w:pPr>
        <w:spacing w:after="80"/>
        <w:jc w:val="right"/>
      </w:pPr>
      <w:r>
        <w:rPr>
          <w:b w:val="0"/>
        </w:rPr>
        <w:t>理事　＿＿＿＿＿＿＿＿　㊞</w:t>
      </w:r>
    </w:p>
    <w:p>
      <w:pPr>
        <w:spacing w:after="80"/>
        <w:jc w:val="right"/>
      </w:pPr>
      <w:r>
        <w:rPr>
          <w:b w:val="0"/>
        </w:rPr>
        <w:t>理事　＿＿＿＿＿＿＿＿　㊞</w:t>
      </w:r>
    </w:p>
    <w:p>
      <w:pPr>
        <w:spacing w:after="80"/>
        <w:jc w:val="right"/>
      </w:pPr>
      <w:r>
        <w:rPr>
          <w:b w:val="0"/>
        </w:rPr>
        <w:t>監事　＿＿＿＿＿＿＿＿　㊞</w:t>
      </w:r>
    </w:p>
    <w:p>
      <w:pPr>
        <w:spacing w:after="160"/>
      </w:pPr>
      <w:r>
        <w:rPr>
          <w:b w:val="0"/>
        </w:rPr>
      </w:r>
    </w:p>
    <w:p>
      <w:pPr>
        <w:spacing w:after="80"/>
      </w:pPr>
      <w:r>
        <w:rPr>
          <w:b w:val="0"/>
          <w:sz w:val="17"/>
        </w:rPr>
        <w:t>【注】署名又は記名押印する者は、出席した理事及び監事です（一般法人法95条3項）。定款で「議事録に署名し又は記名押印する者を出席した代表理事とする」旨を定めている場合は、出席した代表理事及び監事となり、その場合は代表理事以外の出席理事の氏名を記載します（施行規則15条3項6号）。登記の添付書面として使う場合の押印・印鑑証明の要否は、法務局の記載例で確認してください。理事会の日から10年間、主たる事務所に備え置きます（法97条1項）。</w:t>
      </w:r>
    </w:p>
    <w:p>
      <w:pPr>
        <w:spacing w:after="80"/>
      </w:pPr>
      <w:r>
        <w:rPr>
          <w:b w:val="0"/>
          <w:sz w:val="16"/>
        </w:rPr>
        <w:t>（このひな形は shadan-help.com が作成したものです。定款に合わせて改変してお使いください。）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