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center"/>
      </w:pPr>
      <w:r>
        <w:rPr>
          <w:b/>
          <w:sz w:val="36"/>
        </w:rPr>
        <w:t>退　会　届</w:t>
      </w:r>
    </w:p>
    <w:p>
      <w:pPr>
        <w:spacing w:after="120"/>
        <w:jc w:val="right"/>
      </w:pPr>
      <w:r>
        <w:rPr>
          <w:b w:val="0"/>
        </w:rPr>
        <w:t>令和　　年　　月　　日</w:t>
      </w:r>
    </w:p>
    <w:p>
      <w:pPr>
        <w:spacing w:after="240"/>
      </w:pPr>
      <w:r>
        <w:rPr>
          <w:b w:val="0"/>
        </w:rPr>
        <w:t>〇〇会　会長　〇〇〇〇　様</w:t>
      </w:r>
    </w:p>
    <w:p>
      <w:pPr>
        <w:spacing w:after="120"/>
      </w:pPr>
      <w:r>
        <w:rPr>
          <w:b w:val="0"/>
        </w:rPr>
        <w:t>私は、都合により、令和　　年　　月　　日をもって〇〇会を退会いたします。</w:t>
      </w:r>
    </w:p>
    <w:p>
      <w:pPr>
        <w:spacing w:after="240"/>
      </w:pPr>
      <w:r>
        <w:rPr>
          <w:b w:val="0"/>
        </w:rPr>
        <w:t>なお、既に納めた会費は会則の定めに従い取り扱われることを了承します。</w:t>
      </w:r>
    </w:p>
    <w:p>
      <w:pPr>
        <w:spacing w:after="120"/>
        <w:jc w:val="right"/>
      </w:pPr>
      <w:r>
        <w:rPr>
          <w:b w:val="0"/>
        </w:rPr>
        <w:t>住所　＿＿＿＿＿＿＿＿＿＿＿＿＿＿</w:t>
      </w:r>
    </w:p>
    <w:p>
      <w:pPr>
        <w:spacing w:after="120"/>
        <w:jc w:val="right"/>
      </w:pPr>
      <w:r>
        <w:rPr>
          <w:b w:val="0"/>
        </w:rPr>
        <w:t>氏名　＿＿＿＿＿＿＿＿＿＿　㊞</w:t>
      </w:r>
    </w:p>
    <w:p>
      <w:pPr>
        <w:spacing w:after="240"/>
        <w:jc w:val="right"/>
      </w:pPr>
      <w:r>
        <w:rPr>
          <w:b w:val="0"/>
        </w:rPr>
        <w:t>電話　＿＿＿＿＿＿＿＿＿＿</w:t>
      </w:r>
    </w:p>
    <w:p>
      <w:pPr>
        <w:spacing w:after="360"/>
      </w:pPr>
      <w:r>
        <w:rPr>
          <w:b w:val="0"/>
          <w:sz w:val="18"/>
        </w:rPr>
        <w:t>（会の記入欄）　受付日　　年　　月　　日　　受付者　＿＿＿＿　　名簿削除　□　　会費の集金停止　□</w:t>
      </w:r>
    </w:p>
    <w:p>
      <w:pPr>
        <w:spacing w:after="120"/>
      </w:pPr>
      <w:r>
        <w:rPr>
          <w:b w:val="0"/>
          <w:sz w:val="16"/>
        </w:rPr>
        <w:t>（このひな形は shadan-help.com が作成したものです。団体の会則に合わせて自由に改変してお使いください。）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S Mincho" w:hAnsi="MS Mincho" w:eastAsia="ＭＳ 明朝"/>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