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jc w:val="center"/>
      </w:pPr>
      <w:r>
        <w:rPr>
          <w:b/>
          <w:sz w:val="28"/>
        </w:rPr>
        <w:t>令和〇年度　〇〇会　定期総会議事録</w:t>
      </w:r>
    </w:p>
    <w:p>
      <w:pPr>
        <w:spacing w:after="80"/>
      </w:pPr>
      <w:r>
        <w:rPr>
          <w:b w:val="0"/>
        </w:rPr>
        <w:t>1　日時　令和〇年〇月〇日（〇）午前〇時〇分から午前〇時〇分まで</w:t>
      </w:r>
    </w:p>
    <w:p>
      <w:pPr>
        <w:spacing w:after="80"/>
      </w:pPr>
      <w:r>
        <w:rPr>
          <w:b w:val="0"/>
        </w:rPr>
        <w:t>2　場所　＿＿＿＿＿＿＿＿</w:t>
      </w:r>
    </w:p>
    <w:p>
      <w:pPr>
        <w:spacing w:after="80"/>
      </w:pPr>
      <w:r>
        <w:rPr>
          <w:b w:val="0"/>
        </w:rPr>
        <w:t>3　会員数　〇〇名</w:t>
      </w:r>
    </w:p>
    <w:p>
      <w:pPr>
        <w:spacing w:after="80"/>
      </w:pPr>
      <w:r>
        <w:rPr>
          <w:b w:val="0"/>
        </w:rPr>
        <w:t>4　出席者数　〇〇名（本人出席〇〇名、委任状〇〇名）</w:t>
      </w:r>
    </w:p>
    <w:p>
      <w:pPr>
        <w:spacing w:after="80"/>
      </w:pPr>
      <w:r>
        <w:rPr>
          <w:b w:val="0"/>
        </w:rPr>
        <w:t>5　成立の確認　会則第〇条に定める定足数を満たしており、本総会は有効に成立した。</w:t>
      </w:r>
    </w:p>
    <w:p>
      <w:pPr>
        <w:spacing w:after="80"/>
      </w:pPr>
      <w:r>
        <w:rPr>
          <w:b w:val="0"/>
        </w:rPr>
        <w:t>6　議長の選出　出席者の互選により〇〇〇〇を議長に選出した。</w:t>
      </w:r>
    </w:p>
    <w:p>
      <w:pPr>
        <w:spacing w:after="80"/>
      </w:pPr>
      <w:r>
        <w:rPr>
          <w:b w:val="0"/>
        </w:rPr>
        <w:t>7　議事録署名人の選出　議長の指名により〇〇〇〇及び〇〇〇〇を議事録署名人に選出した。</w:t>
      </w:r>
    </w:p>
    <w:p>
      <w:pPr>
        <w:spacing w:after="80"/>
      </w:pPr>
      <w:r>
        <w:rPr>
          <w:b w:val="0"/>
        </w:rPr>
        <w:t>8　議事の経過及び結果</w:t>
      </w:r>
    </w:p>
    <w:p>
      <w:pPr>
        <w:spacing w:after="80"/>
      </w:pPr>
      <w:r>
        <w:rPr>
          <w:b w:val="0"/>
        </w:rPr>
        <w:t xml:space="preserve">　第1号議案　令和〇年度事業報告の件　会長から別紙のとおり報告があり、議長が承認を諮ったところ、賛成〇名、反対〇名、保留〇名で承認された。</w:t>
      </w:r>
    </w:p>
    <w:p>
      <w:pPr>
        <w:spacing w:after="80"/>
      </w:pPr>
      <w:r>
        <w:rPr>
          <w:b w:val="0"/>
        </w:rPr>
        <w:t xml:space="preserve">　第2号議案　令和〇年度会計報告及び監査報告の件　会計から別紙のとおり報告があり、会計監査から適正である旨の報告があった。議長が承認を諮ったところ、賛成〇名、反対〇名、保留〇名で承認された。</w:t>
      </w:r>
    </w:p>
    <w:p>
      <w:pPr>
        <w:spacing w:after="80"/>
      </w:pPr>
      <w:r>
        <w:rPr>
          <w:b w:val="0"/>
        </w:rPr>
        <w:t xml:space="preserve">　第3号議案　令和〇年度事業計画案及び予算案の件　（同様に記載）</w:t>
      </w:r>
    </w:p>
    <w:p>
      <w:pPr>
        <w:spacing w:after="80"/>
      </w:pPr>
      <w:r>
        <w:rPr>
          <w:b w:val="0"/>
        </w:rPr>
        <w:t xml:space="preserve">　第4号議案　役員選任の件　議長が役員候補者を別紙のとおり諮ったところ、賛成〇名で承認され、各被選任者は就任を承諾した。</w:t>
      </w:r>
    </w:p>
    <w:p>
      <w:pPr>
        <w:spacing w:after="80"/>
      </w:pPr>
      <w:r>
        <w:rPr>
          <w:b w:val="0"/>
        </w:rPr>
        <w:t>9　閉会　議長は午前〇時〇分に閉会を宣言した。</w:t>
      </w:r>
    </w:p>
    <w:p>
      <w:pPr>
        <w:spacing w:after="80"/>
      </w:pPr>
      <w:r>
        <w:rPr>
          <w:b w:val="0"/>
        </w:rPr>
        <w:t>上記の議事の経過及び結果を明らかにするため、この議事録を作成し、議長及び議事録署名人が署名する。</w:t>
      </w:r>
    </w:p>
    <w:p>
      <w:pPr>
        <w:spacing w:after="120"/>
        <w:jc w:val="right"/>
      </w:pPr>
      <w:r>
        <w:rPr>
          <w:b w:val="0"/>
        </w:rPr>
        <w:t>令和　　年　　月　　日</w:t>
      </w:r>
    </w:p>
    <w:p>
      <w:pPr>
        <w:spacing w:after="120"/>
        <w:jc w:val="right"/>
      </w:pPr>
      <w:r>
        <w:rPr>
          <w:b w:val="0"/>
        </w:rPr>
        <w:t>議長　＿＿＿＿＿＿＿＿</w:t>
      </w:r>
    </w:p>
    <w:p>
      <w:pPr>
        <w:spacing w:after="120"/>
        <w:jc w:val="right"/>
      </w:pPr>
      <w:r>
        <w:rPr>
          <w:b w:val="0"/>
        </w:rPr>
        <w:t>議事録署名人　＿＿＿＿＿＿＿＿</w:t>
      </w:r>
    </w:p>
    <w:p>
      <w:pPr>
        <w:spacing w:after="240"/>
        <w:jc w:val="right"/>
      </w:pPr>
      <w:r>
        <w:rPr>
          <w:b w:val="0"/>
        </w:rPr>
        <w:t>議事録署名人　＿＿＿＿＿＿＿＿</w:t>
      </w:r>
    </w:p>
    <w:p>
      <w:pPr>
        <w:spacing w:after="120"/>
      </w:pPr>
      <w:r>
        <w:rPr>
          <w:b w:val="0"/>
          <w:sz w:val="16"/>
        </w:rPr>
        <w:t>（このひな形は shadan-help.com が作成したものです。団体の会則に合わせて自由に改変してお使いください。）</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S Mincho" w:hAnsi="MS Mincho" w:eastAsia="ＭＳ 明朝"/>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