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36"/>
        </w:rPr>
        <w:t>就 任 承 諾 書</w:t>
      </w:r>
    </w:p>
    <w:p>
      <w:pPr>
        <w:spacing w:after="360"/>
      </w:pPr>
      <w:r>
        <w:rPr>
          <w:b w:val="0"/>
        </w:rPr>
        <w:t>私は、令和　　年　　月　　日開催の〇〇会（〇〇総会）において、〇〇会の＿＿＿＿（役職名）に選任されたので、その就任を承諾します。</w:t>
      </w:r>
    </w:p>
    <w:p>
      <w:pPr>
        <w:spacing w:after="120"/>
        <w:jc w:val="right"/>
      </w:pPr>
      <w:r>
        <w:rPr>
          <w:b w:val="0"/>
        </w:rPr>
        <w:t>令和　　年　　月　　日</w:t>
      </w:r>
    </w:p>
    <w:p>
      <w:pPr>
        <w:spacing w:after="120"/>
        <w:jc w:val="right"/>
      </w:pPr>
      <w:r>
        <w:rPr>
          <w:b w:val="0"/>
        </w:rPr>
        <w:t>住所　＿＿＿＿＿＿＿＿＿＿＿＿＿＿</w:t>
      </w:r>
    </w:p>
    <w:p>
      <w:pPr>
        <w:spacing w:after="240"/>
        <w:jc w:val="right"/>
      </w:pPr>
      <w:r>
        <w:rPr>
          <w:b w:val="0"/>
        </w:rPr>
        <w:t>氏名　＿＿＿＿＿＿＿＿＿＿　㊞</w:t>
      </w:r>
    </w:p>
    <w:p>
      <w:pPr>
        <w:spacing w:after="360"/>
      </w:pPr>
      <w:r>
        <w:rPr>
          <w:b w:val="0"/>
        </w:rPr>
        <w:t>〇〇会　御中</w:t>
      </w:r>
    </w:p>
    <w:p>
      <w:pPr>
        <w:spacing w:after="240"/>
      </w:pPr>
      <w:r>
        <w:rPr>
          <w:b w:val="0"/>
          <w:sz w:val="18"/>
        </w:rPr>
        <w:t>※一般社団法人などで登記の添付書面として使う場合は、法務局が公開している記載例と必要な押印・証明書を確認してください。</w:t>
      </w:r>
    </w:p>
    <w:p>
      <w:pPr>
        <w:spacing w:after="120"/>
      </w:pPr>
      <w:r>
        <w:rPr>
          <w:b w:val="0"/>
          <w:sz w:val="16"/>
        </w:rPr>
        <w:t>（このひな形は shadan-help.com が作成したものです。団体の会則に合わせて自由に改変してお使いください。）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