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36"/>
        </w:rPr>
        <w:t>入 会 申 込 書</w:t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240"/>
      </w:pPr>
      <w:r>
        <w:rPr>
          <w:b w:val="0"/>
        </w:rPr>
        <w:t>〇〇会　会長　〇〇〇〇　様</w:t>
      </w:r>
    </w:p>
    <w:p>
      <w:pPr>
        <w:spacing w:after="240"/>
      </w:pPr>
      <w:r>
        <w:rPr>
          <w:b w:val="0"/>
        </w:rPr>
        <w:t>私は、〇〇会の目的に賛同し、会則を承認のうえ、入会を申し込みます。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ふりがな／氏名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住所</w:t>
            </w:r>
          </w:p>
        </w:tc>
        <w:tc>
          <w:tcPr>
            <w:tcW w:type="dxa" w:w="4320"/>
          </w:tcPr>
          <w:p>
            <w:r>
              <w:t>〒</w:t>
            </w:r>
          </w:p>
        </w:tc>
      </w:tr>
      <w:tr>
        <w:tc>
          <w:tcPr>
            <w:tcW w:type="dxa" w:w="4320"/>
          </w:tcPr>
          <w:p>
            <w:r>
              <w:t>電話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メールアドレス（任意）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会員の種別</w:t>
            </w:r>
          </w:p>
        </w:tc>
        <w:tc>
          <w:tcPr>
            <w:tcW w:type="dxa" w:w="4320"/>
          </w:tcPr>
          <w:p>
            <w:r>
              <w:t>□ 正会員　□ 賛助会員</w:t>
            </w:r>
          </w:p>
        </w:tc>
      </w:tr>
      <w:tr>
        <w:tc>
          <w:tcPr>
            <w:tcW w:type="dxa" w:w="4320"/>
          </w:tcPr>
          <w:p>
            <w:r>
              <w:t>連絡の方法（希望）</w:t>
            </w:r>
          </w:p>
        </w:tc>
        <w:tc>
          <w:tcPr>
            <w:tcW w:type="dxa" w:w="4320"/>
          </w:tcPr>
          <w:p>
            <w:r>
              <w:t>□ 回覧・郵送　□ メール　□ メッセージアプリ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8"/>
        </w:rPr>
        <w:t>※ご記入いただいた個人情報は、会員名簿の作成と会からの連絡にのみ使用します。</w:t>
      </w:r>
    </w:p>
    <w:p>
      <w:pPr>
        <w:spacing w:after="360"/>
      </w:pPr>
      <w:r>
        <w:rPr>
          <w:b w:val="0"/>
          <w:sz w:val="18"/>
        </w:rPr>
        <w:t>（会の記入欄）　受付日　　年　　月　　日　　承認日　　年　　月　　日　　会費受領　□</w:t>
      </w:r>
    </w:p>
    <w:p>
      <w:pPr>
        <w:spacing w:after="120"/>
      </w:pPr>
      <w:r>
        <w:rPr>
          <w:b w:val="0"/>
          <w:sz w:val="16"/>
        </w:rPr>
        <w:t>（このひな形は shadan-help.com が作成したものです。団体の会則に合わせて自由に改変してお使いください。）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