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36"/>
        </w:rPr>
        <w:t>辞　任　届</w:t>
      </w:r>
    </w:p>
    <w:p>
      <w:pPr>
        <w:spacing w:after="120"/>
        <w:jc w:val="right"/>
      </w:pPr>
      <w:r>
        <w:rPr>
          <w:b w:val="0"/>
        </w:rPr>
        <w:t>令和　　年　　月　　日</w:t>
      </w:r>
    </w:p>
    <w:p>
      <w:pPr>
        <w:spacing w:after="240"/>
      </w:pPr>
      <w:r>
        <w:rPr>
          <w:b w:val="0"/>
        </w:rPr>
        <w:t>〇〇会　会長　〇〇〇〇　様</w:t>
      </w:r>
    </w:p>
    <w:p>
      <w:pPr>
        <w:spacing w:after="360"/>
      </w:pPr>
      <w:r>
        <w:rPr>
          <w:b w:val="0"/>
        </w:rPr>
        <w:t>私は、このたび一身上の都合により、令和　　年　　月　　日をもって〇〇会の＿＿＿＿（役職名）を辞任いたします。</w:t>
      </w:r>
    </w:p>
    <w:p>
      <w:pPr>
        <w:spacing w:after="120"/>
        <w:jc w:val="right"/>
      </w:pPr>
      <w:r>
        <w:rPr>
          <w:b w:val="0"/>
        </w:rPr>
        <w:t>住所　＿＿＿＿＿＿＿＿＿＿＿＿＿＿</w:t>
      </w:r>
    </w:p>
    <w:p>
      <w:pPr>
        <w:spacing w:after="240"/>
        <w:jc w:val="right"/>
      </w:pPr>
      <w:r>
        <w:rPr>
          <w:b w:val="0"/>
        </w:rPr>
        <w:t>氏名　＿＿＿＿＿＿＿＿＿＿　㊞</w:t>
      </w:r>
    </w:p>
    <w:p>
      <w:pPr>
        <w:spacing w:after="120"/>
      </w:pPr>
      <w:r>
        <w:rPr>
          <w:b w:val="0"/>
          <w:sz w:val="18"/>
        </w:rPr>
        <w:t>※会則に「後任者が就任するまでその職務を行う」旨の定めがある場合は、その定めに従います。</w:t>
      </w:r>
    </w:p>
    <w:p>
      <w:pPr>
        <w:spacing w:after="240"/>
      </w:pPr>
      <w:r>
        <w:rPr>
          <w:b w:val="0"/>
          <w:sz w:val="18"/>
        </w:rPr>
        <w:t>※一般社団法人などで登記の添付書面として使う場合は、法務局が公開している記載例を確認してください。</w:t>
      </w:r>
    </w:p>
    <w:p>
      <w:pPr>
        <w:spacing w:after="120"/>
      </w:pPr>
      <w:r>
        <w:rPr>
          <w:b w:val="0"/>
          <w:sz w:val="16"/>
        </w:rPr>
        <w:t>（このひな形は shadan-help.com が作成したものです。団体の会則に合わせて自由に改変してお使いください。）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