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36"/>
        </w:rPr>
        <w:t>委　任　状</w:t>
      </w:r>
    </w:p>
    <w:p>
      <w:pPr>
        <w:spacing w:after="120"/>
      </w:pPr>
      <w:r>
        <w:rPr>
          <w:b w:val="0"/>
        </w:rPr>
        <w:t>〇〇会　会長　〇〇〇〇　様</w:t>
      </w:r>
    </w:p>
    <w:p>
      <w:pPr>
        <w:spacing w:after="120"/>
      </w:pPr>
      <w:r>
        <w:rPr>
          <w:b w:val="0"/>
        </w:rPr>
        <w:t>私は、＿＿＿＿＿＿＿＿（氏名）を代理人と定め、令和〇年〇月〇日開催の〇〇会 定期総会に出席し、議決権を行使する一切の権限を委任します。</w:t>
      </w:r>
    </w:p>
    <w:p>
      <w:pPr>
        <w:spacing w:after="240"/>
      </w:pPr>
      <w:r>
        <w:rPr>
          <w:b w:val="0"/>
        </w:rPr>
        <w:t>※代理人の欄が空白の場合は、議長に委任したものとして取り扱います。</w:t>
      </w:r>
    </w:p>
    <w:p>
      <w:pPr>
        <w:spacing w:after="120"/>
      </w:pPr>
      <w:r>
        <w:rPr>
          <w:b w:val="0"/>
        </w:rPr>
        <w:t>（議案ごとに賛否を指示する場合は、〇をつけてください。）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議案</w:t>
            </w:r>
          </w:p>
        </w:tc>
        <w:tc>
          <w:tcPr>
            <w:tcW w:type="dxa" w:w="2880"/>
          </w:tcPr>
          <w:p>
            <w:r>
              <w:t>賛成</w:t>
            </w:r>
          </w:p>
        </w:tc>
        <w:tc>
          <w:tcPr>
            <w:tcW w:type="dxa" w:w="2880"/>
          </w:tcPr>
          <w:p>
            <w:r>
              <w:t>反対</w:t>
            </w:r>
          </w:p>
        </w:tc>
      </w:tr>
      <w:tr>
        <w:tc>
          <w:tcPr>
            <w:tcW w:type="dxa" w:w="2880"/>
          </w:tcPr>
          <w:p>
            <w:r>
              <w:t>第1号議案　事業報告の件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第2号議案　会計報告の件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第3号議案　事業計画・予算の件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第4号議案　役員選任の件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spacing w:after="240"/>
      </w:pPr>
      <w:r>
        <w:rPr>
          <w:b w:val="0"/>
        </w:rPr>
      </w:r>
    </w:p>
    <w:p>
      <w:pPr>
        <w:spacing w:after="120"/>
        <w:jc w:val="right"/>
      </w:pPr>
      <w:r>
        <w:rPr>
          <w:b w:val="0"/>
        </w:rPr>
        <w:t>令和　　年　　月　　日</w:t>
      </w:r>
    </w:p>
    <w:p>
      <w:pPr>
        <w:spacing w:after="120"/>
        <w:jc w:val="right"/>
      </w:pPr>
      <w:r>
        <w:rPr>
          <w:b w:val="0"/>
        </w:rPr>
        <w:t>住所　＿＿＿＿＿＿＿＿＿＿＿＿＿＿</w:t>
      </w:r>
    </w:p>
    <w:p>
      <w:pPr>
        <w:spacing w:after="360"/>
        <w:jc w:val="right"/>
      </w:pPr>
      <w:r>
        <w:rPr>
          <w:b w:val="0"/>
        </w:rPr>
        <w:t>氏名　＿＿＿＿＿＿＿＿＿＿　㊞</w:t>
      </w:r>
    </w:p>
    <w:p>
      <w:pPr>
        <w:spacing w:after="120"/>
      </w:pPr>
      <w:r>
        <w:rPr>
          <w:b w:val="0"/>
          <w:sz w:val="16"/>
        </w:rPr>
        <w:t>（このひな形は shadan-help.com が作成したものです。団体の会則に合わせて自由に改変してお使いください。）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